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8FEC7" w14:textId="4C9D4D9F" w:rsidR="00305E68" w:rsidRPr="00694229" w:rsidRDefault="00305E68">
      <w:pPr>
        <w:spacing w:after="40" w:line="240" w:lineRule="auto"/>
        <w:rPr>
          <w:rFonts w:ascii="Tahoma" w:hAnsi="Tahoma" w:cs="Tahoma"/>
          <w:lang w:val="fr-CH"/>
        </w:rPr>
      </w:pPr>
    </w:p>
    <w:p w14:paraId="49B797C4" w14:textId="77777777" w:rsidR="00D4310C" w:rsidRPr="00694229" w:rsidRDefault="00D4310C">
      <w:pPr>
        <w:spacing w:after="40" w:line="240" w:lineRule="auto"/>
        <w:rPr>
          <w:rFonts w:ascii="Tahoma" w:hAnsi="Tahoma" w:cs="Tahoma"/>
          <w:lang w:val="fr-CH"/>
        </w:rPr>
      </w:pPr>
    </w:p>
    <w:p w14:paraId="402A2F98" w14:textId="77777777" w:rsidR="00D4310C" w:rsidRPr="00694229" w:rsidRDefault="00D4310C">
      <w:pPr>
        <w:spacing w:after="40" w:line="240" w:lineRule="auto"/>
        <w:rPr>
          <w:rFonts w:ascii="Tahoma" w:hAnsi="Tahoma" w:cs="Tahoma"/>
          <w:lang w:val="fr-CH"/>
        </w:rPr>
      </w:pPr>
    </w:p>
    <w:tbl>
      <w:tblPr>
        <w:tblW w:w="0" w:type="auto"/>
        <w:jc w:val="center"/>
        <w:shd w:val="clear" w:color="auto" w:fill="00877E"/>
        <w:tblLayout w:type="fixed"/>
        <w:tblLook w:val="04A0" w:firstRow="1" w:lastRow="0" w:firstColumn="1" w:lastColumn="0" w:noHBand="0" w:noVBand="1"/>
      </w:tblPr>
      <w:tblGrid>
        <w:gridCol w:w="10488"/>
      </w:tblGrid>
      <w:tr w:rsidR="00305E68" w:rsidRPr="00694229" w14:paraId="7F9B1330" w14:textId="77777777" w:rsidTr="00D4310C">
        <w:trPr>
          <w:jc w:val="center"/>
        </w:trPr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shd w:val="clear" w:color="auto" w:fill="00877E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2E012" w14:textId="77777777" w:rsidR="00305E68" w:rsidRPr="00694229" w:rsidRDefault="00C707D4">
            <w:pPr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  <w:lang w:val="fr-CH"/>
              </w:rPr>
            </w:pPr>
            <w:r w:rsidRPr="00694229">
              <w:rPr>
                <w:rFonts w:ascii="Tahoma" w:hAnsi="Tahoma" w:cs="Tahoma"/>
                <w:b/>
                <w:color w:val="FFFFFF"/>
                <w:sz w:val="28"/>
                <w:szCs w:val="28"/>
                <w:lang w:val="fr-CH"/>
              </w:rPr>
              <w:t>ORDONNANCE - BILAN D'ANÉMIE PRÉOPÉRATOIRE</w:t>
            </w:r>
          </w:p>
        </w:tc>
      </w:tr>
    </w:tbl>
    <w:p w14:paraId="7B3C13FE" w14:textId="77777777" w:rsidR="00305E68" w:rsidRPr="00694229" w:rsidRDefault="00305E68">
      <w:pPr>
        <w:spacing w:after="40"/>
        <w:rPr>
          <w:rFonts w:ascii="Tahoma" w:hAnsi="Tahoma" w:cs="Tahoma"/>
          <w:lang w:val="fr-CH"/>
        </w:rPr>
      </w:pPr>
    </w:p>
    <w:tbl>
      <w:tblPr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6142"/>
        <w:gridCol w:w="4338"/>
      </w:tblGrid>
      <w:tr w:rsidR="00305E68" w:rsidRPr="00C47BCC" w14:paraId="38AE90D3" w14:textId="77777777" w:rsidTr="00D21954">
        <w:trPr>
          <w:trHeight w:val="3025"/>
          <w:jc w:val="center"/>
        </w:trPr>
        <w:tc>
          <w:tcPr>
            <w:tcW w:w="6142" w:type="dxa"/>
            <w:tcBorders>
              <w:top w:val="single" w:sz="8" w:space="0" w:color="AEBEBE"/>
              <w:left w:val="single" w:sz="8" w:space="0" w:color="AEBEBE"/>
              <w:bottom w:val="single" w:sz="8" w:space="0" w:color="AEBEBE"/>
              <w:right w:val="single" w:sz="8" w:space="0" w:color="AEBEBE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AD7E558" w14:textId="77777777" w:rsidR="00305E68" w:rsidRPr="00694229" w:rsidRDefault="00C707D4" w:rsidP="00D21954">
            <w:pPr>
              <w:spacing w:after="100" w:line="240" w:lineRule="auto"/>
              <w:ind w:left="-8"/>
              <w:rPr>
                <w:rFonts w:ascii="Tahoma" w:hAnsi="Tahoma" w:cs="Tahoma"/>
                <w:color w:val="00877E"/>
                <w:sz w:val="22"/>
                <w:lang w:val="fr-CH"/>
              </w:rPr>
            </w:pPr>
            <w:r w:rsidRPr="00694229">
              <w:rPr>
                <w:rFonts w:ascii="Tahoma" w:hAnsi="Tahoma" w:cs="Tahoma"/>
                <w:b/>
                <w:color w:val="00877E"/>
                <w:sz w:val="22"/>
                <w:lang w:val="fr-CH"/>
              </w:rPr>
              <w:t>PATIENT·E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247"/>
              <w:gridCol w:w="4349"/>
            </w:tblGrid>
            <w:tr w:rsidR="00C707D4" w:rsidRPr="00694229" w14:paraId="076CF9CF" w14:textId="77777777" w:rsidTr="00A40CB9">
              <w:tc>
                <w:tcPr>
                  <w:tcW w:w="12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786345D" w14:textId="77777777" w:rsidR="00305E68" w:rsidRPr="00694229" w:rsidRDefault="00C707D4">
                  <w:pPr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  <w:lang w:val="fr-CH"/>
                    </w:rPr>
                  </w:pPr>
                  <w:r w:rsidRPr="00694229">
                    <w:rPr>
                      <w:rFonts w:ascii="Tahoma" w:hAnsi="Tahoma" w:cs="Tahoma"/>
                      <w:b/>
                      <w:sz w:val="20"/>
                      <w:szCs w:val="20"/>
                      <w:lang w:val="fr-CH"/>
                    </w:rPr>
                    <w:t>Nom :</w:t>
                  </w:r>
                </w:p>
              </w:tc>
              <w:tc>
                <w:tcPr>
                  <w:tcW w:w="4349" w:type="dxa"/>
                  <w:tcBorders>
                    <w:top w:val="nil"/>
                    <w:left w:val="nil"/>
                    <w:bottom w:val="single" w:sz="6" w:space="0" w:color="AEBEBE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293B3FE" w14:textId="39C9D19A" w:rsidR="00305E68" w:rsidRPr="00694229" w:rsidRDefault="004171B0">
                  <w:pPr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  <w:lang w:val="fr-CH"/>
                    </w:rPr>
                  </w:pPr>
                  <w:sdt>
                    <w:sdtPr>
                      <w:rPr>
                        <w:rFonts w:ascii="Tahoma" w:hAnsi="Tahoma" w:cs="Tahoma"/>
                        <w:sz w:val="20"/>
                        <w:szCs w:val="20"/>
                        <w:lang w:val="fr-CH"/>
                      </w:rPr>
                      <w:alias w:val="PATIENT_NOM"/>
                      <w:tag w:val="PATIENT_NOM"/>
                      <w:id w:val="313844020"/>
                      <w:showingPlcHdr/>
                      <w:text/>
                    </w:sdtPr>
                    <w:sdtEndPr/>
                    <w:sdtContent>
                      <w:r w:rsidR="00C707D4" w:rsidRPr="00694229">
                        <w:rPr>
                          <w:rFonts w:ascii="Tahoma" w:hAnsi="Tahoma" w:cs="Tahoma"/>
                          <w:sz w:val="20"/>
                          <w:szCs w:val="20"/>
                          <w:lang w:val="fr-CH"/>
                        </w:rPr>
                        <w:t xml:space="preserve">     </w:t>
                      </w:r>
                    </w:sdtContent>
                  </w:sdt>
                </w:p>
              </w:tc>
            </w:tr>
          </w:tbl>
          <w:p w14:paraId="7AB82834" w14:textId="77777777" w:rsidR="00305E68" w:rsidRPr="00694229" w:rsidRDefault="00305E68">
            <w:pPr>
              <w:rPr>
                <w:rFonts w:ascii="Tahoma" w:hAnsi="Tahoma" w:cs="Tahoma"/>
                <w:sz w:val="20"/>
                <w:szCs w:val="20"/>
                <w:lang w:val="fr-CH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247"/>
              <w:gridCol w:w="4349"/>
            </w:tblGrid>
            <w:tr w:rsidR="00C707D4" w:rsidRPr="00694229" w14:paraId="704C490C" w14:textId="77777777" w:rsidTr="00A40CB9">
              <w:tc>
                <w:tcPr>
                  <w:tcW w:w="12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5EB40F7" w14:textId="77777777" w:rsidR="00305E68" w:rsidRPr="00694229" w:rsidRDefault="00C707D4">
                  <w:pPr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  <w:lang w:val="fr-CH"/>
                    </w:rPr>
                  </w:pPr>
                  <w:r w:rsidRPr="00694229">
                    <w:rPr>
                      <w:rFonts w:ascii="Tahoma" w:hAnsi="Tahoma" w:cs="Tahoma"/>
                      <w:b/>
                      <w:sz w:val="20"/>
                      <w:szCs w:val="20"/>
                      <w:lang w:val="fr-CH"/>
                    </w:rPr>
                    <w:t>Prénom :</w:t>
                  </w:r>
                </w:p>
              </w:tc>
              <w:tc>
                <w:tcPr>
                  <w:tcW w:w="4349" w:type="dxa"/>
                  <w:tcBorders>
                    <w:top w:val="nil"/>
                    <w:left w:val="nil"/>
                    <w:bottom w:val="single" w:sz="6" w:space="0" w:color="AEBEBE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D27F0C4" w14:textId="77171BEA" w:rsidR="00305E68" w:rsidRPr="00694229" w:rsidRDefault="004171B0">
                  <w:pPr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  <w:lang w:val="fr-CH"/>
                    </w:rPr>
                  </w:pPr>
                  <w:sdt>
                    <w:sdtPr>
                      <w:rPr>
                        <w:rFonts w:ascii="Tahoma" w:hAnsi="Tahoma" w:cs="Tahoma"/>
                        <w:sz w:val="20"/>
                        <w:szCs w:val="20"/>
                        <w:lang w:val="fr-CH"/>
                      </w:rPr>
                      <w:alias w:val="PATIENT_PRENOM"/>
                      <w:tag w:val="PATIENT_PRENOM"/>
                      <w:id w:val="273708174"/>
                      <w:showingPlcHdr/>
                      <w:text/>
                    </w:sdtPr>
                    <w:sdtEndPr/>
                    <w:sdtContent>
                      <w:r w:rsidR="00C707D4" w:rsidRPr="00694229">
                        <w:rPr>
                          <w:rFonts w:ascii="Tahoma" w:hAnsi="Tahoma" w:cs="Tahoma"/>
                          <w:sz w:val="20"/>
                          <w:szCs w:val="20"/>
                          <w:lang w:val="fr-CH"/>
                        </w:rPr>
                        <w:t xml:space="preserve">     </w:t>
                      </w:r>
                    </w:sdtContent>
                  </w:sdt>
                </w:p>
              </w:tc>
            </w:tr>
          </w:tbl>
          <w:p w14:paraId="399B33E4" w14:textId="77777777" w:rsidR="00305E68" w:rsidRPr="00694229" w:rsidRDefault="00305E68">
            <w:pPr>
              <w:rPr>
                <w:rFonts w:ascii="Tahoma" w:hAnsi="Tahoma" w:cs="Tahoma"/>
                <w:sz w:val="20"/>
                <w:szCs w:val="20"/>
                <w:lang w:val="fr-CH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51"/>
              <w:gridCol w:w="3514"/>
            </w:tblGrid>
            <w:tr w:rsidR="00C707D4" w:rsidRPr="00694229" w14:paraId="1BD8AD03" w14:textId="77777777" w:rsidTr="00C707D4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2228647" w14:textId="27546E2B" w:rsidR="00305E68" w:rsidRPr="00694229" w:rsidRDefault="00C707D4">
                  <w:pPr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  <w:lang w:val="fr-CH"/>
                    </w:rPr>
                  </w:pPr>
                  <w:r w:rsidRPr="00694229">
                    <w:rPr>
                      <w:rFonts w:ascii="Tahoma" w:hAnsi="Tahoma" w:cs="Tahoma"/>
                      <w:b/>
                      <w:sz w:val="20"/>
                      <w:szCs w:val="20"/>
                      <w:lang w:val="fr-CH"/>
                    </w:rPr>
                    <w:t xml:space="preserve">Date de naissance : </w:t>
                  </w:r>
                </w:p>
              </w:tc>
              <w:tc>
                <w:tcPr>
                  <w:tcW w:w="3514" w:type="dxa"/>
                  <w:tcBorders>
                    <w:top w:val="nil"/>
                    <w:left w:val="nil"/>
                    <w:bottom w:val="single" w:sz="6" w:space="0" w:color="AEBEBE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185FA1B" w14:textId="64519ECC" w:rsidR="00305E68" w:rsidRPr="00694229" w:rsidRDefault="004171B0" w:rsidP="00C707D4">
                  <w:pPr>
                    <w:spacing w:after="0" w:line="240" w:lineRule="auto"/>
                    <w:ind w:left="120"/>
                    <w:rPr>
                      <w:rFonts w:ascii="Tahoma" w:hAnsi="Tahoma" w:cs="Tahoma"/>
                      <w:sz w:val="20"/>
                      <w:szCs w:val="20"/>
                      <w:lang w:val="fr-CH"/>
                    </w:rPr>
                  </w:pPr>
                  <w:sdt>
                    <w:sdtPr>
                      <w:rPr>
                        <w:rFonts w:ascii="Tahoma" w:hAnsi="Tahoma" w:cs="Tahoma"/>
                        <w:sz w:val="20"/>
                        <w:szCs w:val="20"/>
                        <w:lang w:val="fr-CH"/>
                      </w:rPr>
                      <w:alias w:val="PATIENT_NAISSANCE"/>
                      <w:tag w:val="PATIENT_NAISSANCE"/>
                      <w:id w:val="427812573"/>
                      <w:showingPlcHdr/>
                      <w:text/>
                    </w:sdtPr>
                    <w:sdtEndPr/>
                    <w:sdtContent>
                      <w:r w:rsidR="00C707D4" w:rsidRPr="00694229">
                        <w:rPr>
                          <w:rFonts w:ascii="Tahoma" w:hAnsi="Tahoma" w:cs="Tahoma"/>
                          <w:sz w:val="20"/>
                          <w:szCs w:val="20"/>
                          <w:lang w:val="fr-CH"/>
                        </w:rPr>
                        <w:t xml:space="preserve">     </w:t>
                      </w:r>
                    </w:sdtContent>
                  </w:sdt>
                </w:p>
              </w:tc>
            </w:tr>
          </w:tbl>
          <w:p w14:paraId="09C18A04" w14:textId="77777777" w:rsidR="00305E68" w:rsidRDefault="00305E68">
            <w:pPr>
              <w:rPr>
                <w:rFonts w:ascii="Tahoma" w:hAnsi="Tahoma" w:cs="Tahoma"/>
                <w:lang w:val="fr-CH"/>
              </w:rPr>
            </w:pPr>
          </w:p>
          <w:tbl>
            <w:tblPr>
              <w:tblW w:w="5596" w:type="dxa"/>
              <w:tblLayout w:type="fixed"/>
              <w:tblLook w:val="04A0" w:firstRow="1" w:lastRow="0" w:firstColumn="1" w:lastColumn="0" w:noHBand="0" w:noVBand="1"/>
            </w:tblPr>
            <w:tblGrid>
              <w:gridCol w:w="1247"/>
              <w:gridCol w:w="4349"/>
            </w:tblGrid>
            <w:tr w:rsidR="00BB2ED5" w:rsidRPr="00694229" w14:paraId="340A09D1" w14:textId="77777777" w:rsidTr="00A40CB9">
              <w:tc>
                <w:tcPr>
                  <w:tcW w:w="12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1E28616" w14:textId="48B15E52" w:rsidR="00BB2ED5" w:rsidRPr="00694229" w:rsidRDefault="00BB2ED5" w:rsidP="00BB2ED5">
                  <w:pPr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  <w:lang w:val="fr-CH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  <w:lang w:val="fr-CH"/>
                    </w:rPr>
                    <w:t xml:space="preserve">Assurance </w:t>
                  </w:r>
                  <w:r w:rsidRPr="00694229">
                    <w:rPr>
                      <w:rFonts w:ascii="Tahoma" w:hAnsi="Tahoma" w:cs="Tahoma"/>
                      <w:b/>
                      <w:sz w:val="20"/>
                      <w:szCs w:val="20"/>
                      <w:lang w:val="fr-CH"/>
                    </w:rPr>
                    <w:t>:</w:t>
                  </w:r>
                </w:p>
              </w:tc>
              <w:tc>
                <w:tcPr>
                  <w:tcW w:w="4349" w:type="dxa"/>
                  <w:tcBorders>
                    <w:top w:val="nil"/>
                    <w:left w:val="nil"/>
                    <w:bottom w:val="single" w:sz="6" w:space="0" w:color="AEBEBE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A3EBDF3" w14:textId="7A6D7CC4" w:rsidR="00BB2ED5" w:rsidRPr="00694229" w:rsidRDefault="004171B0" w:rsidP="00BB2ED5">
                  <w:pPr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  <w:lang w:val="fr-CH"/>
                    </w:rPr>
                  </w:pPr>
                  <w:sdt>
                    <w:sdtPr>
                      <w:rPr>
                        <w:rFonts w:ascii="Tahoma" w:hAnsi="Tahoma" w:cs="Tahoma"/>
                        <w:sz w:val="20"/>
                        <w:szCs w:val="20"/>
                        <w:lang w:val="fr-CH"/>
                      </w:rPr>
                      <w:alias w:val="PATIENT_ASSURANCE"/>
                      <w:tag w:val="PATIENT_ASSURANCE"/>
                      <w:id w:val="1092352807"/>
                      <w:showingPlcHdr/>
                      <w:text/>
                    </w:sdtPr>
                    <w:sdtEndPr/>
                    <w:sdtContent>
                      <w:r w:rsidR="00BC6090">
                        <w:rPr>
                          <w:rFonts w:ascii="Tahoma" w:hAnsi="Tahoma" w:cs="Tahoma"/>
                          <w:sz w:val="20"/>
                          <w:szCs w:val="20"/>
                          <w:lang w:val="fr-CH"/>
                        </w:rPr>
                        <w:t xml:space="preserve">     </w:t>
                      </w:r>
                    </w:sdtContent>
                  </w:sdt>
                </w:p>
              </w:tc>
            </w:tr>
          </w:tbl>
          <w:p w14:paraId="6271FF57" w14:textId="0D9AA4C1" w:rsidR="00BB2ED5" w:rsidRPr="00694229" w:rsidRDefault="00BB2ED5">
            <w:pPr>
              <w:rPr>
                <w:rFonts w:ascii="Tahoma" w:hAnsi="Tahoma" w:cs="Tahoma"/>
                <w:lang w:val="fr-CH"/>
              </w:rPr>
            </w:pPr>
          </w:p>
        </w:tc>
        <w:tc>
          <w:tcPr>
            <w:tcW w:w="4338" w:type="dxa"/>
            <w:tcBorders>
              <w:top w:val="single" w:sz="8" w:space="0" w:color="AEBEBE"/>
              <w:left w:val="single" w:sz="8" w:space="0" w:color="AEBEBE"/>
              <w:bottom w:val="single" w:sz="8" w:space="0" w:color="AEBEBE"/>
              <w:right w:val="single" w:sz="8" w:space="0" w:color="AEBEBE"/>
            </w:tcBorders>
            <w:shd w:val="clear" w:color="auto" w:fill="EEF5F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A5D8FBC" w14:textId="77777777" w:rsidR="00305E68" w:rsidRPr="00694229" w:rsidRDefault="00C707D4">
            <w:pPr>
              <w:spacing w:before="240" w:after="80" w:line="240" w:lineRule="auto"/>
              <w:jc w:val="center"/>
              <w:rPr>
                <w:rFonts w:ascii="Tahoma" w:hAnsi="Tahoma" w:cs="Tahoma"/>
                <w:sz w:val="20"/>
                <w:szCs w:val="20"/>
                <w:lang w:val="fr-CH"/>
              </w:rPr>
            </w:pPr>
            <w:r w:rsidRPr="00694229">
              <w:rPr>
                <w:rFonts w:ascii="Tahoma" w:hAnsi="Tahoma" w:cs="Tahoma"/>
                <w:b/>
                <w:sz w:val="20"/>
                <w:szCs w:val="20"/>
                <w:lang w:val="fr-CH"/>
              </w:rPr>
              <w:t>ÉTIQUETTE PATIENT</w:t>
            </w:r>
          </w:p>
          <w:p w14:paraId="0260050E" w14:textId="77777777" w:rsidR="00305E68" w:rsidRPr="00694229" w:rsidRDefault="00C707D4">
            <w:pPr>
              <w:spacing w:after="0" w:line="240" w:lineRule="auto"/>
              <w:jc w:val="center"/>
              <w:rPr>
                <w:rFonts w:ascii="Tahoma" w:hAnsi="Tahoma" w:cs="Tahoma"/>
                <w:lang w:val="fr-CH"/>
              </w:rPr>
            </w:pPr>
            <w:proofErr w:type="gramStart"/>
            <w:r w:rsidRPr="00694229">
              <w:rPr>
                <w:rFonts w:ascii="Tahoma" w:hAnsi="Tahoma" w:cs="Tahoma"/>
                <w:sz w:val="20"/>
                <w:szCs w:val="20"/>
                <w:lang w:val="fr-CH"/>
              </w:rPr>
              <w:t>à</w:t>
            </w:r>
            <w:proofErr w:type="gramEnd"/>
            <w:r w:rsidRPr="00694229">
              <w:rPr>
                <w:rFonts w:ascii="Tahoma" w:hAnsi="Tahoma" w:cs="Tahoma"/>
                <w:sz w:val="20"/>
                <w:szCs w:val="20"/>
                <w:lang w:val="fr-CH"/>
              </w:rPr>
              <w:t xml:space="preserve"> coller ici</w:t>
            </w:r>
          </w:p>
        </w:tc>
      </w:tr>
    </w:tbl>
    <w:p w14:paraId="1BF6C4F9" w14:textId="77777777" w:rsidR="00305E68" w:rsidRPr="00694229" w:rsidRDefault="00305E68">
      <w:pPr>
        <w:spacing w:after="40" w:line="240" w:lineRule="auto"/>
        <w:rPr>
          <w:rFonts w:ascii="Tahoma" w:hAnsi="Tahoma" w:cs="Tahoma"/>
          <w:lang w:val="fr-CH"/>
        </w:rPr>
      </w:pPr>
    </w:p>
    <w:tbl>
      <w:tblPr>
        <w:tblW w:w="0" w:type="auto"/>
        <w:jc w:val="center"/>
        <w:tblBorders>
          <w:top w:val="single" w:sz="8" w:space="0" w:color="AEBEBE"/>
          <w:left w:val="single" w:sz="8" w:space="0" w:color="AEBEBE"/>
          <w:bottom w:val="single" w:sz="8" w:space="0" w:color="AEBEBE"/>
          <w:right w:val="single" w:sz="8" w:space="0" w:color="AEBEBE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488"/>
      </w:tblGrid>
      <w:tr w:rsidR="00305E68" w:rsidRPr="00694229" w14:paraId="4D24053D" w14:textId="77777777">
        <w:trPr>
          <w:jc w:val="center"/>
        </w:trPr>
        <w:tc>
          <w:tcPr>
            <w:tcW w:w="10488" w:type="dxa"/>
            <w:shd w:val="clear" w:color="auto" w:fill="EEF5F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4EF5886" w14:textId="77777777" w:rsidR="00305E68" w:rsidRPr="005E4314" w:rsidRDefault="00C707D4">
            <w:pPr>
              <w:spacing w:after="0" w:line="240" w:lineRule="auto"/>
              <w:rPr>
                <w:rFonts w:ascii="Tahoma" w:hAnsi="Tahoma" w:cs="Tahoma"/>
                <w:color w:val="00877E"/>
                <w:sz w:val="22"/>
                <w:lang w:val="fr-CH"/>
              </w:rPr>
            </w:pPr>
            <w:r w:rsidRPr="005E4314">
              <w:rPr>
                <w:rFonts w:ascii="Tahoma" w:hAnsi="Tahoma" w:cs="Tahoma"/>
                <w:b/>
                <w:color w:val="00877E"/>
                <w:sz w:val="22"/>
                <w:lang w:val="fr-CH"/>
              </w:rPr>
              <w:t>ANALYSES À EFFECTUER</w:t>
            </w:r>
          </w:p>
        </w:tc>
      </w:tr>
      <w:tr w:rsidR="00305E68" w:rsidRPr="00694229" w14:paraId="7EF9E5AD" w14:textId="77777777">
        <w:trPr>
          <w:jc w:val="center"/>
        </w:trPr>
        <w:tc>
          <w:tcPr>
            <w:tcW w:w="10488" w:type="dxa"/>
            <w:tcMar>
              <w:top w:w="120" w:type="dxa"/>
              <w:left w:w="140" w:type="dxa"/>
              <w:bottom w:w="120" w:type="dxa"/>
              <w:right w:w="140" w:type="dxa"/>
            </w:tcMar>
          </w:tcPr>
          <w:tbl>
            <w:tblPr>
              <w:tblW w:w="10629" w:type="dxa"/>
              <w:tblLayout w:type="fixed"/>
              <w:tblLook w:val="04A0" w:firstRow="1" w:lastRow="0" w:firstColumn="1" w:lastColumn="0" w:noHBand="0" w:noVBand="1"/>
            </w:tblPr>
            <w:tblGrid>
              <w:gridCol w:w="5385"/>
              <w:gridCol w:w="5244"/>
            </w:tblGrid>
            <w:tr w:rsidR="00C707D4" w:rsidRPr="00694229" w14:paraId="351ED171" w14:textId="77777777" w:rsidTr="00A40CB9">
              <w:tc>
                <w:tcPr>
                  <w:tcW w:w="53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70" w:type="dxa"/>
                    <w:left w:w="30" w:type="dxa"/>
                    <w:bottom w:w="70" w:type="dxa"/>
                    <w:right w:w="30" w:type="dxa"/>
                  </w:tcMar>
                </w:tcPr>
                <w:p w14:paraId="1B355379" w14:textId="4B2AA4A8" w:rsidR="00305E68" w:rsidRPr="00694229" w:rsidRDefault="004171B0">
                  <w:pPr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  <w:lang w:val="fr-CH"/>
                    </w:rPr>
                  </w:pPr>
                  <w:sdt>
                    <w:sdtPr>
                      <w:rPr>
                        <w:rFonts w:ascii="Tahoma" w:hAnsi="Tahoma" w:cs="Tahoma"/>
                        <w:sz w:val="20"/>
                        <w:szCs w:val="20"/>
                        <w:lang w:val="fr-CH"/>
                      </w:rPr>
                      <w:alias w:val="CB_HEMOGRAMME"/>
                      <w:tag w:val="CB_HEMOGRAMME"/>
                      <w:id w:val="1343687620"/>
                      <w:lock w:val="contentLocked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D07AE">
                        <w:rPr>
                          <w:rFonts w:ascii="MS Gothic" w:eastAsia="MS Gothic" w:hAnsi="MS Gothic" w:cs="Tahoma" w:hint="eastAsia"/>
                          <w:sz w:val="20"/>
                          <w:szCs w:val="20"/>
                          <w:lang w:val="fr-CH"/>
                        </w:rPr>
                        <w:t>☒</w:t>
                      </w:r>
                    </w:sdtContent>
                  </w:sdt>
                  <w:r w:rsidR="00C707D4" w:rsidRPr="00694229">
                    <w:rPr>
                      <w:rFonts w:ascii="Tahoma" w:hAnsi="Tahoma" w:cs="Tahoma"/>
                      <w:sz w:val="20"/>
                      <w:szCs w:val="20"/>
                      <w:lang w:val="fr-CH"/>
                    </w:rPr>
                    <w:t xml:space="preserve">  </w:t>
                  </w:r>
                  <w:r w:rsidR="00A40CB9">
                    <w:rPr>
                      <w:rFonts w:ascii="Tahoma" w:hAnsi="Tahoma" w:cs="Tahoma"/>
                      <w:sz w:val="20"/>
                      <w:szCs w:val="20"/>
                      <w:lang w:val="fr-CH"/>
                    </w:rPr>
                    <w:t>Formule sanguine simple</w:t>
                  </w:r>
                </w:p>
              </w:tc>
              <w:tc>
                <w:tcPr>
                  <w:tcW w:w="52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70" w:type="dxa"/>
                    <w:left w:w="30" w:type="dxa"/>
                    <w:bottom w:w="70" w:type="dxa"/>
                    <w:right w:w="30" w:type="dxa"/>
                  </w:tcMar>
                </w:tcPr>
                <w:p w14:paraId="67D01768" w14:textId="1DE58CFB" w:rsidR="00305E68" w:rsidRPr="00694229" w:rsidRDefault="004171B0">
                  <w:pPr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  <w:lang w:val="fr-CH"/>
                    </w:rPr>
                  </w:pPr>
                  <w:sdt>
                    <w:sdtPr>
                      <w:rPr>
                        <w:rFonts w:ascii="Tahoma" w:hAnsi="Tahoma" w:cs="Tahoma"/>
                        <w:sz w:val="20"/>
                        <w:szCs w:val="20"/>
                        <w:lang w:val="fr-CH"/>
                      </w:rPr>
                      <w:alias w:val="CB_CRP"/>
                      <w:tag w:val="CB_CRP"/>
                      <w:id w:val="1999460448"/>
                      <w:lock w:val="contentLocked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D07AE">
                        <w:rPr>
                          <w:rFonts w:ascii="MS Gothic" w:eastAsia="MS Gothic" w:hAnsi="MS Gothic" w:cs="Tahoma" w:hint="eastAsia"/>
                          <w:sz w:val="20"/>
                          <w:szCs w:val="20"/>
                          <w:lang w:val="fr-CH"/>
                        </w:rPr>
                        <w:t>☒</w:t>
                      </w:r>
                    </w:sdtContent>
                  </w:sdt>
                  <w:r w:rsidR="00C707D4" w:rsidRPr="00694229">
                    <w:rPr>
                      <w:rFonts w:ascii="Tahoma" w:hAnsi="Tahoma" w:cs="Tahoma"/>
                      <w:sz w:val="20"/>
                      <w:szCs w:val="20"/>
                      <w:lang w:val="fr-CH"/>
                    </w:rPr>
                    <w:t xml:space="preserve">  CRP</w:t>
                  </w:r>
                </w:p>
              </w:tc>
            </w:tr>
            <w:tr w:rsidR="00C707D4" w:rsidRPr="00694229" w14:paraId="0F40EB29" w14:textId="77777777" w:rsidTr="00A40CB9">
              <w:tc>
                <w:tcPr>
                  <w:tcW w:w="53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70" w:type="dxa"/>
                    <w:left w:w="30" w:type="dxa"/>
                    <w:bottom w:w="70" w:type="dxa"/>
                    <w:right w:w="30" w:type="dxa"/>
                  </w:tcMar>
                </w:tcPr>
                <w:p w14:paraId="7A559BA9" w14:textId="642DF7FB" w:rsidR="00305E68" w:rsidRPr="00694229" w:rsidRDefault="004171B0">
                  <w:pPr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  <w:lang w:val="fr-CH"/>
                    </w:rPr>
                  </w:pPr>
                  <w:sdt>
                    <w:sdtPr>
                      <w:rPr>
                        <w:rFonts w:ascii="Tahoma" w:hAnsi="Tahoma" w:cs="Tahoma"/>
                        <w:sz w:val="20"/>
                        <w:szCs w:val="20"/>
                        <w:lang w:val="fr-CH"/>
                      </w:rPr>
                      <w:alias w:val="CB_FERRITINE"/>
                      <w:tag w:val="CB_FERRITINE"/>
                      <w:id w:val="1355239187"/>
                      <w:lock w:val="contentLocked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54DC3">
                        <w:rPr>
                          <w:rFonts w:ascii="MS Gothic" w:eastAsia="MS Gothic" w:hAnsi="MS Gothic" w:cs="Tahoma" w:hint="eastAsia"/>
                          <w:sz w:val="20"/>
                          <w:szCs w:val="20"/>
                          <w:lang w:val="fr-CH"/>
                        </w:rPr>
                        <w:t>☒</w:t>
                      </w:r>
                    </w:sdtContent>
                  </w:sdt>
                  <w:r w:rsidR="00C707D4" w:rsidRPr="00694229">
                    <w:rPr>
                      <w:rFonts w:ascii="Tahoma" w:hAnsi="Tahoma" w:cs="Tahoma"/>
                      <w:sz w:val="20"/>
                      <w:szCs w:val="20"/>
                      <w:lang w:val="fr-CH"/>
                    </w:rPr>
                    <w:t xml:space="preserve">  Ferritine</w:t>
                  </w:r>
                </w:p>
              </w:tc>
              <w:tc>
                <w:tcPr>
                  <w:tcW w:w="52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70" w:type="dxa"/>
                    <w:left w:w="30" w:type="dxa"/>
                    <w:bottom w:w="70" w:type="dxa"/>
                    <w:right w:w="30" w:type="dxa"/>
                  </w:tcMar>
                </w:tcPr>
                <w:p w14:paraId="4141AAC4" w14:textId="3D467347" w:rsidR="00305E68" w:rsidRPr="00694229" w:rsidRDefault="004171B0">
                  <w:pPr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  <w:lang w:val="fr-CH"/>
                    </w:rPr>
                  </w:pPr>
                  <w:sdt>
                    <w:sdtPr>
                      <w:rPr>
                        <w:rFonts w:ascii="Tahoma" w:hAnsi="Tahoma" w:cs="Tahoma"/>
                        <w:sz w:val="20"/>
                        <w:szCs w:val="20"/>
                        <w:lang w:val="fr-CH"/>
                      </w:rPr>
                      <w:alias w:val="CB_CREATININE"/>
                      <w:tag w:val="CB_CREATININE"/>
                      <w:id w:val="1925801670"/>
                      <w:lock w:val="contentLocked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D07AE">
                        <w:rPr>
                          <w:rFonts w:ascii="MS Gothic" w:eastAsia="MS Gothic" w:hAnsi="MS Gothic" w:cs="Tahoma" w:hint="eastAsia"/>
                          <w:sz w:val="20"/>
                          <w:szCs w:val="20"/>
                          <w:lang w:val="fr-CH"/>
                        </w:rPr>
                        <w:t>☒</w:t>
                      </w:r>
                    </w:sdtContent>
                  </w:sdt>
                  <w:r w:rsidR="00C707D4" w:rsidRPr="00694229">
                    <w:rPr>
                      <w:rFonts w:ascii="Tahoma" w:hAnsi="Tahoma" w:cs="Tahoma"/>
                      <w:sz w:val="20"/>
                      <w:szCs w:val="20"/>
                      <w:lang w:val="fr-CH"/>
                    </w:rPr>
                    <w:t xml:space="preserve">  Créatinine</w:t>
                  </w:r>
                </w:p>
              </w:tc>
            </w:tr>
            <w:tr w:rsidR="00C707D4" w:rsidRPr="00C47BCC" w14:paraId="19714FD5" w14:textId="77777777" w:rsidTr="00A40CB9">
              <w:tc>
                <w:tcPr>
                  <w:tcW w:w="53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70" w:type="dxa"/>
                    <w:left w:w="30" w:type="dxa"/>
                    <w:bottom w:w="70" w:type="dxa"/>
                    <w:right w:w="30" w:type="dxa"/>
                  </w:tcMar>
                </w:tcPr>
                <w:p w14:paraId="488A4216" w14:textId="04A3FCCD" w:rsidR="00305E68" w:rsidRPr="00694229" w:rsidRDefault="004171B0">
                  <w:pPr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  <w:lang w:val="fr-CH"/>
                    </w:rPr>
                  </w:pPr>
                  <w:sdt>
                    <w:sdtPr>
                      <w:rPr>
                        <w:rFonts w:ascii="Tahoma" w:hAnsi="Tahoma" w:cs="Tahoma"/>
                        <w:sz w:val="20"/>
                        <w:szCs w:val="20"/>
                        <w:lang w:val="fr-CH"/>
                      </w:rPr>
                      <w:alias w:val="CB_TSAT"/>
                      <w:tag w:val="CB_TSAT"/>
                      <w:id w:val="1030078289"/>
                      <w:lock w:val="contentLocked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D07AE">
                        <w:rPr>
                          <w:rFonts w:ascii="MS Gothic" w:eastAsia="MS Gothic" w:hAnsi="MS Gothic" w:cs="Tahoma" w:hint="eastAsia"/>
                          <w:sz w:val="20"/>
                          <w:szCs w:val="20"/>
                          <w:lang w:val="fr-CH"/>
                        </w:rPr>
                        <w:t>☒</w:t>
                      </w:r>
                    </w:sdtContent>
                  </w:sdt>
                  <w:r w:rsidR="00C707D4" w:rsidRPr="00694229">
                    <w:rPr>
                      <w:rFonts w:ascii="Tahoma" w:hAnsi="Tahoma" w:cs="Tahoma"/>
                      <w:sz w:val="20"/>
                      <w:szCs w:val="20"/>
                      <w:lang w:val="fr-CH"/>
                    </w:rPr>
                    <w:t xml:space="preserve">  Coefficient de saturation de la transferrine (TSAT)</w:t>
                  </w:r>
                </w:p>
              </w:tc>
              <w:tc>
                <w:tcPr>
                  <w:tcW w:w="52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70" w:type="dxa"/>
                    <w:left w:w="30" w:type="dxa"/>
                    <w:bottom w:w="70" w:type="dxa"/>
                    <w:right w:w="30" w:type="dxa"/>
                  </w:tcMar>
                </w:tcPr>
                <w:p w14:paraId="7B1616B0" w14:textId="0185EC2D" w:rsidR="00305E68" w:rsidRPr="00694229" w:rsidRDefault="004171B0">
                  <w:pPr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  <w:lang w:val="fr-CH"/>
                    </w:rPr>
                  </w:pPr>
                  <w:sdt>
                    <w:sdtPr>
                      <w:rPr>
                        <w:rFonts w:ascii="Tahoma" w:hAnsi="Tahoma" w:cs="Tahoma"/>
                        <w:sz w:val="20"/>
                        <w:szCs w:val="20"/>
                        <w:lang w:val="fr-CH"/>
                      </w:rPr>
                      <w:alias w:val="CB_GROUPE_RAI"/>
                      <w:tag w:val="CB_GROUPE_RAI"/>
                      <w:id w:val="806606629"/>
                      <w:lock w:val="contentLocked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D07AE">
                        <w:rPr>
                          <w:rFonts w:ascii="MS Gothic" w:eastAsia="MS Gothic" w:hAnsi="MS Gothic" w:cs="Tahoma" w:hint="eastAsia"/>
                          <w:sz w:val="20"/>
                          <w:szCs w:val="20"/>
                          <w:lang w:val="fr-CH"/>
                        </w:rPr>
                        <w:t>☒</w:t>
                      </w:r>
                    </w:sdtContent>
                  </w:sdt>
                  <w:r w:rsidR="00C707D4" w:rsidRPr="00694229">
                    <w:rPr>
                      <w:rFonts w:ascii="Tahoma" w:hAnsi="Tahoma" w:cs="Tahoma"/>
                      <w:sz w:val="20"/>
                      <w:szCs w:val="20"/>
                      <w:lang w:val="fr-CH"/>
                    </w:rPr>
                    <w:t xml:space="preserve">  Groupe sanguin et RAI</w:t>
                  </w:r>
                </w:p>
              </w:tc>
            </w:tr>
          </w:tbl>
          <w:p w14:paraId="2B105574" w14:textId="21B0D847" w:rsidR="00305E68" w:rsidRPr="00D21954" w:rsidRDefault="00305E68">
            <w:pPr>
              <w:rPr>
                <w:rFonts w:ascii="Tahoma" w:hAnsi="Tahoma" w:cs="Tahoma"/>
                <w:sz w:val="2"/>
                <w:szCs w:val="2"/>
                <w:lang w:val="fr-CH"/>
              </w:rPr>
            </w:pPr>
          </w:p>
          <w:p w14:paraId="1865DF88" w14:textId="2594F3A5" w:rsidR="00BB2ED5" w:rsidRDefault="00BB2ED5">
            <w:pPr>
              <w:rPr>
                <w:rFonts w:ascii="Tahoma" w:hAnsi="Tahoma" w:cs="Tahoma"/>
                <w:sz w:val="20"/>
                <w:szCs w:val="20"/>
                <w:lang w:val="fr-CH"/>
              </w:rPr>
            </w:pPr>
            <w:r w:rsidRPr="00BB2ED5">
              <w:rPr>
                <w:rFonts w:ascii="Tahoma" w:hAnsi="Tahoma" w:cs="Tahoma"/>
                <w:b/>
                <w:bCs/>
                <w:sz w:val="20"/>
                <w:szCs w:val="20"/>
                <w:lang w:val="fr-CH"/>
              </w:rPr>
              <w:t>Tubes à prélever</w:t>
            </w:r>
            <w:r>
              <w:rPr>
                <w:rFonts w:ascii="Tahoma" w:hAnsi="Tahoma" w:cs="Tahoma"/>
                <w:sz w:val="20"/>
                <w:szCs w:val="20"/>
                <w:lang w:val="fr-CH"/>
              </w:rPr>
              <w:t> : 1 tube sérum et 2 tubes EDTA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408"/>
              <w:gridCol w:w="6521"/>
            </w:tblGrid>
            <w:tr w:rsidR="00BB2ED5" w:rsidRPr="00534C6D" w14:paraId="2A4620EA" w14:textId="77777777" w:rsidTr="00A40CB9">
              <w:tc>
                <w:tcPr>
                  <w:tcW w:w="340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D64B5FF" w14:textId="3F5ADADF" w:rsidR="00BB2ED5" w:rsidRPr="00694229" w:rsidRDefault="00BB2ED5" w:rsidP="00BB2ED5">
                  <w:pPr>
                    <w:spacing w:after="0" w:line="240" w:lineRule="auto"/>
                    <w:ind w:right="-880"/>
                    <w:rPr>
                      <w:rFonts w:ascii="Tahoma" w:hAnsi="Tahoma" w:cs="Tahoma"/>
                      <w:sz w:val="20"/>
                      <w:szCs w:val="20"/>
                      <w:lang w:val="fr-CH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  <w:lang w:val="fr-CH"/>
                    </w:rPr>
                    <w:t>Date et heure de prélèvement</w:t>
                  </w:r>
                  <w:r w:rsidRPr="00694229">
                    <w:rPr>
                      <w:rFonts w:ascii="Tahoma" w:hAnsi="Tahoma" w:cs="Tahoma"/>
                      <w:b/>
                      <w:sz w:val="20"/>
                      <w:szCs w:val="20"/>
                      <w:lang w:val="fr-CH"/>
                    </w:rPr>
                    <w:t xml:space="preserve"> :</w:t>
                  </w:r>
                </w:p>
              </w:tc>
              <w:tc>
                <w:tcPr>
                  <w:tcW w:w="6521" w:type="dxa"/>
                  <w:tcBorders>
                    <w:top w:val="nil"/>
                    <w:left w:val="nil"/>
                    <w:bottom w:val="single" w:sz="6" w:space="0" w:color="AEBEBE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BA6D4FF" w14:textId="6A83B27C" w:rsidR="00BB2ED5" w:rsidRPr="00694229" w:rsidRDefault="004171B0" w:rsidP="00BB2ED5">
                  <w:pPr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  <w:lang w:val="fr-CH"/>
                    </w:rPr>
                  </w:pPr>
                  <w:sdt>
                    <w:sdtPr>
                      <w:rPr>
                        <w:rFonts w:ascii="Tahoma" w:hAnsi="Tahoma" w:cs="Tahoma"/>
                        <w:sz w:val="20"/>
                        <w:szCs w:val="20"/>
                        <w:lang w:val="fr-CH"/>
                      </w:rPr>
                      <w:alias w:val="DATE_HEURE_PREVELEMENT"/>
                      <w:tag w:val="DATE_HEURE_PREVELEMENT"/>
                      <w:id w:val="-1149356107"/>
                      <w:text/>
                    </w:sdtPr>
                    <w:sdtEndPr/>
                    <w:sdtContent>
                      <w:r w:rsidR="00BB2ED5">
                        <w:rPr>
                          <w:rFonts w:ascii="Tahoma" w:hAnsi="Tahoma" w:cs="Tahoma"/>
                          <w:sz w:val="20"/>
                          <w:szCs w:val="20"/>
                          <w:lang w:val="fr-CH"/>
                        </w:rPr>
                        <w:t xml:space="preserve">  </w:t>
                      </w:r>
                    </w:sdtContent>
                  </w:sdt>
                </w:p>
              </w:tc>
            </w:tr>
          </w:tbl>
          <w:p w14:paraId="6EA75C83" w14:textId="77777777" w:rsidR="00BB2ED5" w:rsidRDefault="00BB2ED5">
            <w:pPr>
              <w:spacing w:before="120" w:after="40" w:line="240" w:lineRule="auto"/>
              <w:rPr>
                <w:rFonts w:ascii="Tahoma" w:hAnsi="Tahoma" w:cs="Tahoma"/>
                <w:b/>
                <w:sz w:val="20"/>
                <w:szCs w:val="20"/>
                <w:lang w:val="fr-CH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96"/>
              <w:gridCol w:w="7319"/>
            </w:tblGrid>
            <w:tr w:rsidR="00D21954" w:rsidRPr="00534C6D" w14:paraId="3B1B4ED5" w14:textId="77777777" w:rsidTr="00D21954">
              <w:trPr>
                <w:trHeight w:val="244"/>
              </w:trPr>
              <w:tc>
                <w:tcPr>
                  <w:tcW w:w="259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175FE96" w14:textId="6E018476" w:rsidR="00D21954" w:rsidRPr="00694229" w:rsidRDefault="00D21954" w:rsidP="00D21954">
                  <w:pPr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  <w:lang w:val="fr-CH"/>
                    </w:rPr>
                  </w:pPr>
                  <w:r>
                    <w:rPr>
                      <w:rFonts w:ascii="Tahoma" w:hAnsi="Tahoma" w:cs="Tahoma"/>
                      <w:b/>
                      <w:color w:val="303030"/>
                      <w:sz w:val="20"/>
                      <w:szCs w:val="20"/>
                      <w:lang w:val="fr-CH"/>
                    </w:rPr>
                    <w:t>Initiales du préleveur</w:t>
                  </w:r>
                  <w:r w:rsidRPr="00694229">
                    <w:rPr>
                      <w:rFonts w:ascii="Tahoma" w:hAnsi="Tahoma" w:cs="Tahoma"/>
                      <w:b/>
                      <w:color w:val="303030"/>
                      <w:sz w:val="20"/>
                      <w:szCs w:val="20"/>
                      <w:lang w:val="fr-CH"/>
                    </w:rPr>
                    <w:t xml:space="preserve"> :</w:t>
                  </w:r>
                </w:p>
              </w:tc>
              <w:tc>
                <w:tcPr>
                  <w:tcW w:w="7319" w:type="dxa"/>
                  <w:tcBorders>
                    <w:top w:val="nil"/>
                    <w:left w:val="nil"/>
                    <w:bottom w:val="single" w:sz="6" w:space="0" w:color="AEBEBE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6B4A498" w14:textId="77777777" w:rsidR="00D21954" w:rsidRPr="00694229" w:rsidRDefault="004171B0" w:rsidP="00D21954">
                  <w:pPr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  <w:lang w:val="fr-CH"/>
                    </w:rPr>
                  </w:pPr>
                  <w:sdt>
                    <w:sdtPr>
                      <w:rPr>
                        <w:rFonts w:ascii="Tahoma" w:hAnsi="Tahoma" w:cs="Tahoma"/>
                        <w:sz w:val="20"/>
                        <w:szCs w:val="20"/>
                        <w:lang w:val="fr-CH"/>
                      </w:rPr>
                      <w:alias w:val="INITIALES_PRELEVEUR"/>
                      <w:tag w:val="INITIALES_PRELEVEUR"/>
                      <w:id w:val="408360203"/>
                      <w:showingPlcHdr/>
                      <w:text/>
                    </w:sdtPr>
                    <w:sdtEndPr/>
                    <w:sdtContent>
                      <w:r w:rsidR="00D21954" w:rsidRPr="00694229">
                        <w:rPr>
                          <w:rFonts w:ascii="Tahoma" w:hAnsi="Tahoma" w:cs="Tahoma"/>
                          <w:sz w:val="20"/>
                          <w:szCs w:val="20"/>
                          <w:lang w:val="fr-CH"/>
                        </w:rPr>
                        <w:t xml:space="preserve">     </w:t>
                      </w:r>
                    </w:sdtContent>
                  </w:sdt>
                </w:p>
              </w:tc>
            </w:tr>
          </w:tbl>
          <w:p w14:paraId="746C2C3F" w14:textId="77777777" w:rsidR="00D21954" w:rsidRDefault="00D21954">
            <w:pPr>
              <w:spacing w:before="120" w:after="40" w:line="240" w:lineRule="auto"/>
              <w:rPr>
                <w:rFonts w:ascii="Tahoma" w:hAnsi="Tahoma" w:cs="Tahoma"/>
                <w:b/>
                <w:sz w:val="20"/>
                <w:szCs w:val="20"/>
                <w:lang w:val="fr-CH"/>
              </w:rPr>
            </w:pPr>
          </w:p>
          <w:p w14:paraId="2CAB0A06" w14:textId="22E2DE05" w:rsidR="00305E68" w:rsidRPr="00694229" w:rsidRDefault="00C707D4">
            <w:pPr>
              <w:spacing w:before="120" w:after="40" w:line="240" w:lineRule="auto"/>
              <w:rPr>
                <w:rFonts w:ascii="Tahoma" w:hAnsi="Tahoma" w:cs="Tahoma"/>
                <w:sz w:val="20"/>
                <w:szCs w:val="20"/>
                <w:lang w:val="fr-CH"/>
              </w:rPr>
            </w:pPr>
            <w:r w:rsidRPr="00694229">
              <w:rPr>
                <w:rFonts w:ascii="Tahoma" w:hAnsi="Tahoma" w:cs="Tahoma"/>
                <w:b/>
                <w:sz w:val="20"/>
                <w:szCs w:val="20"/>
                <w:lang w:val="fr-CH"/>
              </w:rPr>
              <w:t>Renseignements cliniques / remarques :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929"/>
            </w:tblGrid>
            <w:tr w:rsidR="00C707D4" w:rsidRPr="00694229" w14:paraId="4741F69C" w14:textId="77777777" w:rsidTr="00A40CB9">
              <w:tc>
                <w:tcPr>
                  <w:tcW w:w="9929" w:type="dxa"/>
                  <w:tcBorders>
                    <w:top w:val="nil"/>
                    <w:left w:val="nil"/>
                    <w:bottom w:val="single" w:sz="6" w:space="0" w:color="AEBEBE"/>
                    <w:right w:val="nil"/>
                  </w:tcBorders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 w14:paraId="38AC5B93" w14:textId="6CEA767C" w:rsidR="00305E68" w:rsidRPr="00694229" w:rsidRDefault="004171B0">
                  <w:pPr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  <w:lang w:val="fr-CH"/>
                    </w:rPr>
                  </w:pPr>
                  <w:sdt>
                    <w:sdtPr>
                      <w:rPr>
                        <w:rFonts w:ascii="Tahoma" w:hAnsi="Tahoma" w:cs="Tahoma"/>
                        <w:sz w:val="20"/>
                        <w:szCs w:val="20"/>
                        <w:lang w:val="fr-CH"/>
                      </w:rPr>
                      <w:alias w:val="REMARQUES_1"/>
                      <w:tag w:val="REMARQUES_1"/>
                      <w:id w:val="151473793"/>
                      <w:showingPlcHdr/>
                      <w:text/>
                    </w:sdtPr>
                    <w:sdtEndPr/>
                    <w:sdtContent>
                      <w:r w:rsidR="00C707D4" w:rsidRPr="00694229">
                        <w:rPr>
                          <w:rFonts w:ascii="Tahoma" w:hAnsi="Tahoma" w:cs="Tahoma"/>
                          <w:sz w:val="20"/>
                          <w:szCs w:val="20"/>
                          <w:lang w:val="fr-CH"/>
                        </w:rPr>
                        <w:t xml:space="preserve">     </w:t>
                      </w:r>
                    </w:sdtContent>
                  </w:sdt>
                </w:p>
              </w:tc>
            </w:tr>
            <w:tr w:rsidR="00C707D4" w:rsidRPr="00694229" w14:paraId="089B1C43" w14:textId="77777777" w:rsidTr="00A40CB9">
              <w:tc>
                <w:tcPr>
                  <w:tcW w:w="9929" w:type="dxa"/>
                  <w:tcBorders>
                    <w:top w:val="nil"/>
                    <w:left w:val="nil"/>
                    <w:bottom w:val="single" w:sz="6" w:space="0" w:color="AEBEBE"/>
                    <w:right w:val="nil"/>
                  </w:tcBorders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 w14:paraId="489EA134" w14:textId="1377E39D" w:rsidR="00305E68" w:rsidRPr="00694229" w:rsidRDefault="004171B0">
                  <w:pPr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  <w:lang w:val="fr-CH"/>
                    </w:rPr>
                  </w:pPr>
                  <w:sdt>
                    <w:sdtPr>
                      <w:rPr>
                        <w:rFonts w:ascii="Tahoma" w:hAnsi="Tahoma" w:cs="Tahoma"/>
                        <w:sz w:val="20"/>
                        <w:szCs w:val="20"/>
                        <w:lang w:val="fr-CH"/>
                      </w:rPr>
                      <w:alias w:val="REMARQUES_2"/>
                      <w:tag w:val="REMARQUES_2"/>
                      <w:id w:val="483683912"/>
                      <w:showingPlcHdr/>
                      <w:text/>
                    </w:sdtPr>
                    <w:sdtEndPr/>
                    <w:sdtContent>
                      <w:r w:rsidR="00C707D4" w:rsidRPr="00694229">
                        <w:rPr>
                          <w:rFonts w:ascii="Tahoma" w:hAnsi="Tahoma" w:cs="Tahoma"/>
                          <w:sz w:val="20"/>
                          <w:szCs w:val="20"/>
                          <w:lang w:val="fr-CH"/>
                        </w:rPr>
                        <w:t xml:space="preserve">     </w:t>
                      </w:r>
                    </w:sdtContent>
                  </w:sdt>
                </w:p>
              </w:tc>
            </w:tr>
          </w:tbl>
          <w:p w14:paraId="4197FE0C" w14:textId="77777777" w:rsidR="00305E68" w:rsidRPr="00694229" w:rsidRDefault="00305E68">
            <w:pPr>
              <w:rPr>
                <w:rFonts w:ascii="Tahoma" w:hAnsi="Tahoma" w:cs="Tahoma"/>
                <w:lang w:val="fr-CH"/>
              </w:rPr>
            </w:pPr>
          </w:p>
        </w:tc>
      </w:tr>
    </w:tbl>
    <w:p w14:paraId="53ED1D73" w14:textId="77777777" w:rsidR="00305E68" w:rsidRPr="00694229" w:rsidRDefault="00305E68">
      <w:pPr>
        <w:spacing w:after="40" w:line="240" w:lineRule="auto"/>
        <w:rPr>
          <w:rFonts w:ascii="Tahoma" w:hAnsi="Tahoma" w:cs="Tahoma"/>
          <w:lang w:val="fr-CH"/>
        </w:rPr>
      </w:pPr>
    </w:p>
    <w:tbl>
      <w:tblPr>
        <w:tblW w:w="0" w:type="auto"/>
        <w:jc w:val="center"/>
        <w:tblBorders>
          <w:top w:val="single" w:sz="8" w:space="0" w:color="AEBEBE"/>
          <w:left w:val="single" w:sz="8" w:space="0" w:color="AEBEBE"/>
          <w:bottom w:val="single" w:sz="8" w:space="0" w:color="AEBEBE"/>
          <w:right w:val="single" w:sz="8" w:space="0" w:color="AEBEBE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488"/>
      </w:tblGrid>
      <w:tr w:rsidR="00305E68" w:rsidRPr="00694229" w14:paraId="04B34ED5" w14:textId="77777777">
        <w:trPr>
          <w:jc w:val="center"/>
        </w:trPr>
        <w:tc>
          <w:tcPr>
            <w:tcW w:w="10488" w:type="dxa"/>
            <w:shd w:val="clear" w:color="auto" w:fill="EEF5F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A8FAB81" w14:textId="77777777" w:rsidR="00305E68" w:rsidRPr="00694229" w:rsidRDefault="00C707D4">
            <w:pPr>
              <w:spacing w:after="0" w:line="240" w:lineRule="auto"/>
              <w:rPr>
                <w:rFonts w:ascii="Tahoma" w:hAnsi="Tahoma" w:cs="Tahoma"/>
                <w:color w:val="00877E"/>
                <w:sz w:val="22"/>
                <w:szCs w:val="24"/>
                <w:lang w:val="fr-CH"/>
              </w:rPr>
            </w:pPr>
            <w:r w:rsidRPr="00694229">
              <w:rPr>
                <w:rFonts w:ascii="Tahoma" w:hAnsi="Tahoma" w:cs="Tahoma"/>
                <w:b/>
                <w:color w:val="00877E"/>
                <w:sz w:val="22"/>
                <w:szCs w:val="24"/>
                <w:lang w:val="fr-CH"/>
              </w:rPr>
              <w:t>MÉDECIN PRESCRIPTEUR</w:t>
            </w:r>
          </w:p>
        </w:tc>
      </w:tr>
      <w:tr w:rsidR="00305E68" w:rsidRPr="00694229" w14:paraId="30D8DA34" w14:textId="77777777" w:rsidTr="00D21954">
        <w:trPr>
          <w:trHeight w:val="2440"/>
          <w:jc w:val="center"/>
        </w:trPr>
        <w:tc>
          <w:tcPr>
            <w:tcW w:w="10488" w:type="dxa"/>
            <w:tcMar>
              <w:top w:w="120" w:type="dxa"/>
              <w:left w:w="140" w:type="dxa"/>
              <w:bottom w:w="120" w:type="dxa"/>
              <w:right w:w="140" w:type="dxa"/>
            </w:tcMar>
          </w:tcPr>
          <w:tbl>
            <w:tblPr>
              <w:tblW w:w="9929" w:type="dxa"/>
              <w:tblLayout w:type="fixed"/>
              <w:tblLook w:val="04A0" w:firstRow="1" w:lastRow="0" w:firstColumn="1" w:lastColumn="0" w:noHBand="0" w:noVBand="1"/>
            </w:tblPr>
            <w:tblGrid>
              <w:gridCol w:w="6122"/>
              <w:gridCol w:w="3807"/>
            </w:tblGrid>
            <w:tr w:rsidR="00305E68" w:rsidRPr="00694229" w14:paraId="5A469ED7" w14:textId="77777777" w:rsidTr="00A40CB9">
              <w:tc>
                <w:tcPr>
                  <w:tcW w:w="61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50" w:type="dxa"/>
                    <w:left w:w="20" w:type="dxa"/>
                    <w:bottom w:w="50" w:type="dxa"/>
                    <w:right w:w="20" w:type="dxa"/>
                  </w:tcMar>
                </w:tcPr>
                <w:p w14:paraId="4A5E0F63" w14:textId="77777777" w:rsidR="00A40CB9" w:rsidRPr="00A40CB9" w:rsidRDefault="00A40CB9">
                  <w:pPr>
                    <w:rPr>
                      <w:rFonts w:ascii="Tahoma" w:hAnsi="Tahoma" w:cs="Tahoma"/>
                      <w:sz w:val="10"/>
                      <w:szCs w:val="10"/>
                    </w:rPr>
                  </w:pPr>
                </w:p>
                <w:tbl>
                  <w:tblPr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133"/>
                    <w:gridCol w:w="4422"/>
                  </w:tblGrid>
                  <w:tr w:rsidR="00305E68" w:rsidRPr="00694229" w14:paraId="26C1003E" w14:textId="77777777"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F371329" w14:textId="58766E75" w:rsidR="00305E68" w:rsidRPr="00694229" w:rsidRDefault="00C707D4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20"/>
                            <w:szCs w:val="20"/>
                            <w:lang w:val="fr-CH"/>
                          </w:rPr>
                        </w:pPr>
                        <w:r w:rsidRPr="00694229">
                          <w:rPr>
                            <w:rFonts w:ascii="Tahoma" w:hAnsi="Tahoma" w:cs="Tahoma"/>
                            <w:b/>
                            <w:color w:val="303030"/>
                            <w:sz w:val="20"/>
                            <w:szCs w:val="20"/>
                            <w:lang w:val="fr-CH"/>
                          </w:rPr>
                          <w:t>Nom :</w:t>
                        </w:r>
                      </w:p>
                    </w:tc>
                    <w:tc>
                      <w:tcPr>
                        <w:tcW w:w="4422" w:type="dxa"/>
                        <w:tcBorders>
                          <w:top w:val="nil"/>
                          <w:left w:val="nil"/>
                          <w:bottom w:val="single" w:sz="6" w:space="0" w:color="AEBEBE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EE6C92F" w14:textId="55C1E287" w:rsidR="00305E68" w:rsidRPr="00694229" w:rsidRDefault="004171B0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20"/>
                            <w:szCs w:val="20"/>
                            <w:lang w:val="fr-CH"/>
                          </w:rPr>
                        </w:pPr>
                        <w:sdt>
                          <w:sdtPr>
                            <w:rPr>
                              <w:rFonts w:ascii="Tahoma" w:hAnsi="Tahoma" w:cs="Tahoma"/>
                              <w:sz w:val="20"/>
                              <w:szCs w:val="20"/>
                              <w:lang w:val="fr-CH"/>
                            </w:rPr>
                            <w:alias w:val="MEDECIN_NOM"/>
                            <w:tag w:val="MEDECIN_NOM"/>
                            <w:id w:val="1455992416"/>
                            <w:showingPlcHdr/>
                            <w:text/>
                          </w:sdtPr>
                          <w:sdtEndPr/>
                          <w:sdtContent>
                            <w:r w:rsidR="00C707D4" w:rsidRPr="00694229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fr-CH"/>
                              </w:rPr>
                              <w:t xml:space="preserve">     </w:t>
                            </w:r>
                          </w:sdtContent>
                        </w:sdt>
                      </w:p>
                    </w:tc>
                  </w:tr>
                </w:tbl>
                <w:p w14:paraId="55332137" w14:textId="77777777" w:rsidR="00305E68" w:rsidRPr="00694229" w:rsidRDefault="00305E68">
                  <w:pPr>
                    <w:rPr>
                      <w:rFonts w:ascii="Tahoma" w:hAnsi="Tahoma" w:cs="Tahoma"/>
                      <w:sz w:val="20"/>
                      <w:szCs w:val="20"/>
                      <w:lang w:val="fr-CH"/>
                    </w:rPr>
                  </w:pPr>
                </w:p>
              </w:tc>
              <w:tc>
                <w:tcPr>
                  <w:tcW w:w="38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50" w:type="dxa"/>
                    <w:left w:w="20" w:type="dxa"/>
                    <w:bottom w:w="50" w:type="dxa"/>
                    <w:right w:w="20" w:type="dxa"/>
                  </w:tcMar>
                </w:tcPr>
                <w:p w14:paraId="158116F8" w14:textId="77777777" w:rsidR="00A40CB9" w:rsidRPr="00A40CB9" w:rsidRDefault="00A40CB9">
                  <w:pPr>
                    <w:rPr>
                      <w:rFonts w:ascii="Tahoma" w:hAnsi="Tahoma" w:cs="Tahoma"/>
                      <w:sz w:val="10"/>
                      <w:szCs w:val="10"/>
                    </w:rPr>
                  </w:pPr>
                </w:p>
                <w:tbl>
                  <w:tblPr>
                    <w:tblW w:w="3782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20"/>
                    <w:gridCol w:w="2762"/>
                  </w:tblGrid>
                  <w:tr w:rsidR="00305E68" w:rsidRPr="00694229" w14:paraId="1E731421" w14:textId="77777777" w:rsidTr="00A40CB9">
                    <w:tc>
                      <w:tcPr>
                        <w:tcW w:w="10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7AA637C" w14:textId="77777777" w:rsidR="00305E68" w:rsidRPr="00694229" w:rsidRDefault="00C707D4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20"/>
                            <w:szCs w:val="20"/>
                            <w:lang w:val="fr-CH"/>
                          </w:rPr>
                        </w:pPr>
                        <w:r w:rsidRPr="00694229">
                          <w:rPr>
                            <w:rFonts w:ascii="Tahoma" w:hAnsi="Tahoma" w:cs="Tahoma"/>
                            <w:b/>
                            <w:color w:val="303030"/>
                            <w:sz w:val="20"/>
                            <w:szCs w:val="20"/>
                            <w:lang w:val="fr-CH"/>
                          </w:rPr>
                          <w:t>Date :</w:t>
                        </w:r>
                      </w:p>
                    </w:tc>
                    <w:tc>
                      <w:tcPr>
                        <w:tcW w:w="2762" w:type="dxa"/>
                        <w:tcBorders>
                          <w:top w:val="nil"/>
                          <w:left w:val="nil"/>
                          <w:bottom w:val="single" w:sz="6" w:space="0" w:color="AEBEBE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EB770E7" w14:textId="40FF5FFD" w:rsidR="00305E68" w:rsidRPr="00694229" w:rsidRDefault="004171B0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20"/>
                            <w:szCs w:val="20"/>
                            <w:lang w:val="fr-CH"/>
                          </w:rPr>
                        </w:pPr>
                        <w:sdt>
                          <w:sdtPr>
                            <w:rPr>
                              <w:rFonts w:ascii="Tahoma" w:hAnsi="Tahoma" w:cs="Tahoma"/>
                              <w:sz w:val="20"/>
                              <w:szCs w:val="20"/>
                              <w:lang w:val="fr-CH"/>
                            </w:rPr>
                            <w:alias w:val="DATE_PRESCRIPTION"/>
                            <w:tag w:val="DATE_PRESCRIPTION"/>
                            <w:id w:val="1888889793"/>
                            <w:showingPlcHdr/>
                            <w:text/>
                          </w:sdtPr>
                          <w:sdtEndPr/>
                          <w:sdtContent>
                            <w:r w:rsidR="00C707D4" w:rsidRPr="00694229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fr-CH"/>
                              </w:rPr>
                              <w:t xml:space="preserve">     </w:t>
                            </w:r>
                          </w:sdtContent>
                        </w:sdt>
                      </w:p>
                    </w:tc>
                  </w:tr>
                </w:tbl>
                <w:p w14:paraId="3FD7F108" w14:textId="77777777" w:rsidR="00305E68" w:rsidRPr="00694229" w:rsidRDefault="00305E68">
                  <w:pPr>
                    <w:rPr>
                      <w:rFonts w:ascii="Tahoma" w:hAnsi="Tahoma" w:cs="Tahoma"/>
                      <w:sz w:val="20"/>
                      <w:szCs w:val="20"/>
                      <w:lang w:val="fr-CH"/>
                    </w:rPr>
                  </w:pPr>
                </w:p>
              </w:tc>
            </w:tr>
            <w:tr w:rsidR="00305E68" w:rsidRPr="00694229" w14:paraId="2FCB7B95" w14:textId="77777777" w:rsidTr="00A40CB9">
              <w:tc>
                <w:tcPr>
                  <w:tcW w:w="61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50" w:type="dxa"/>
                    <w:left w:w="20" w:type="dxa"/>
                    <w:bottom w:w="50" w:type="dxa"/>
                    <w:right w:w="20" w:type="dxa"/>
                  </w:tcMar>
                </w:tcPr>
                <w:p w14:paraId="62487D43" w14:textId="77777777" w:rsidR="00305E68" w:rsidRPr="00694229" w:rsidRDefault="00305E68">
                  <w:pPr>
                    <w:rPr>
                      <w:rFonts w:ascii="Tahoma" w:hAnsi="Tahoma" w:cs="Tahoma"/>
                      <w:sz w:val="20"/>
                      <w:szCs w:val="20"/>
                      <w:lang w:val="fr-CH"/>
                    </w:rPr>
                  </w:pPr>
                </w:p>
                <w:tbl>
                  <w:tblPr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133"/>
                    <w:gridCol w:w="4422"/>
                  </w:tblGrid>
                  <w:tr w:rsidR="00305E68" w:rsidRPr="00694229" w14:paraId="7DECE1B8" w14:textId="77777777"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1FA6768" w14:textId="77777777" w:rsidR="00305E68" w:rsidRPr="00694229" w:rsidRDefault="00C707D4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20"/>
                            <w:szCs w:val="20"/>
                            <w:lang w:val="fr-CH"/>
                          </w:rPr>
                        </w:pPr>
                        <w:r w:rsidRPr="00694229">
                          <w:rPr>
                            <w:rFonts w:ascii="Tahoma" w:hAnsi="Tahoma" w:cs="Tahoma"/>
                            <w:b/>
                            <w:color w:val="303030"/>
                            <w:sz w:val="20"/>
                            <w:szCs w:val="20"/>
                            <w:lang w:val="fr-CH"/>
                          </w:rPr>
                          <w:t>Prénom :</w:t>
                        </w:r>
                      </w:p>
                    </w:tc>
                    <w:tc>
                      <w:tcPr>
                        <w:tcW w:w="4422" w:type="dxa"/>
                        <w:tcBorders>
                          <w:top w:val="nil"/>
                          <w:left w:val="nil"/>
                          <w:bottom w:val="single" w:sz="6" w:space="0" w:color="AEBEBE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E5DC21E" w14:textId="04535614" w:rsidR="00305E68" w:rsidRPr="00694229" w:rsidRDefault="004171B0">
                        <w:pPr>
                          <w:spacing w:after="0" w:line="240" w:lineRule="auto"/>
                          <w:rPr>
                            <w:rFonts w:ascii="Tahoma" w:hAnsi="Tahoma" w:cs="Tahoma"/>
                            <w:sz w:val="20"/>
                            <w:szCs w:val="20"/>
                            <w:lang w:val="fr-CH"/>
                          </w:rPr>
                        </w:pPr>
                        <w:sdt>
                          <w:sdtPr>
                            <w:rPr>
                              <w:rFonts w:ascii="Tahoma" w:hAnsi="Tahoma" w:cs="Tahoma"/>
                              <w:sz w:val="20"/>
                              <w:szCs w:val="20"/>
                              <w:lang w:val="fr-CH"/>
                            </w:rPr>
                            <w:alias w:val="MEDECIN_PRENOM"/>
                            <w:tag w:val="MEDECIN_PRENOM"/>
                            <w:id w:val="880051611"/>
                            <w:showingPlcHdr/>
                            <w:text/>
                          </w:sdtPr>
                          <w:sdtEndPr/>
                          <w:sdtContent>
                            <w:r w:rsidR="00C707D4" w:rsidRPr="00694229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fr-CH"/>
                              </w:rPr>
                              <w:t xml:space="preserve">     </w:t>
                            </w:r>
                          </w:sdtContent>
                        </w:sdt>
                      </w:p>
                    </w:tc>
                  </w:tr>
                </w:tbl>
                <w:p w14:paraId="039C5479" w14:textId="77777777" w:rsidR="00305E68" w:rsidRPr="00694229" w:rsidRDefault="00305E68">
                  <w:pPr>
                    <w:rPr>
                      <w:rFonts w:ascii="Tahoma" w:hAnsi="Tahoma" w:cs="Tahoma"/>
                      <w:sz w:val="20"/>
                      <w:szCs w:val="20"/>
                      <w:lang w:val="fr-CH"/>
                    </w:rPr>
                  </w:pPr>
                </w:p>
              </w:tc>
              <w:tc>
                <w:tcPr>
                  <w:tcW w:w="3807" w:type="dxa"/>
                  <w:tcBorders>
                    <w:top w:val="nil"/>
                    <w:left w:val="nil"/>
                    <w:bottom w:val="single" w:sz="6" w:space="0" w:color="AEBEBE"/>
                    <w:right w:val="nil"/>
                  </w:tcBorders>
                  <w:tcMar>
                    <w:top w:w="50" w:type="dxa"/>
                    <w:left w:w="20" w:type="dxa"/>
                    <w:bottom w:w="50" w:type="dxa"/>
                    <w:right w:w="20" w:type="dxa"/>
                  </w:tcMar>
                </w:tcPr>
                <w:p w14:paraId="51C4D833" w14:textId="77777777" w:rsidR="00D4310C" w:rsidRPr="00694229" w:rsidRDefault="00D4310C">
                  <w:pPr>
                    <w:spacing w:after="40" w:line="240" w:lineRule="auto"/>
                    <w:rPr>
                      <w:rFonts w:ascii="Tahoma" w:hAnsi="Tahoma" w:cs="Tahoma"/>
                      <w:b/>
                      <w:sz w:val="20"/>
                      <w:szCs w:val="20"/>
                      <w:lang w:val="fr-CH"/>
                    </w:rPr>
                  </w:pPr>
                </w:p>
                <w:p w14:paraId="2A1E3324" w14:textId="77777777" w:rsidR="00D4310C" w:rsidRPr="00694229" w:rsidRDefault="00D4310C">
                  <w:pPr>
                    <w:spacing w:after="40" w:line="240" w:lineRule="auto"/>
                    <w:rPr>
                      <w:rFonts w:ascii="Tahoma" w:hAnsi="Tahoma" w:cs="Tahoma"/>
                      <w:b/>
                      <w:sz w:val="20"/>
                      <w:szCs w:val="20"/>
                      <w:lang w:val="fr-CH"/>
                    </w:rPr>
                  </w:pPr>
                </w:p>
                <w:p w14:paraId="1E672BA7" w14:textId="25A20D87" w:rsidR="00D4310C" w:rsidRDefault="00C707D4">
                  <w:pPr>
                    <w:spacing w:after="40" w:line="240" w:lineRule="auto"/>
                    <w:rPr>
                      <w:rFonts w:ascii="Tahoma" w:hAnsi="Tahoma" w:cs="Tahoma"/>
                      <w:b/>
                      <w:sz w:val="20"/>
                      <w:szCs w:val="20"/>
                      <w:lang w:val="fr-CH"/>
                    </w:rPr>
                  </w:pPr>
                  <w:r w:rsidRPr="00694229">
                    <w:rPr>
                      <w:rFonts w:ascii="Tahoma" w:hAnsi="Tahoma" w:cs="Tahoma"/>
                      <w:b/>
                      <w:sz w:val="20"/>
                      <w:szCs w:val="20"/>
                      <w:lang w:val="fr-CH"/>
                    </w:rPr>
                    <w:t>Signature / Timbre :</w:t>
                  </w:r>
                  <w:r w:rsidR="00D4310C" w:rsidRPr="00694229">
                    <w:rPr>
                      <w:rFonts w:ascii="Tahoma" w:hAnsi="Tahoma" w:cs="Tahoma"/>
                      <w:b/>
                      <w:sz w:val="20"/>
                      <w:szCs w:val="20"/>
                      <w:lang w:val="fr-CH"/>
                    </w:rPr>
                    <w:t xml:space="preserve"> </w:t>
                  </w:r>
                </w:p>
                <w:p w14:paraId="227687B4" w14:textId="77777777" w:rsidR="00D4310C" w:rsidRPr="00694229" w:rsidRDefault="00D4310C">
                  <w:pPr>
                    <w:spacing w:after="40" w:line="240" w:lineRule="auto"/>
                    <w:rPr>
                      <w:rFonts w:ascii="Tahoma" w:hAnsi="Tahoma" w:cs="Tahoma"/>
                      <w:sz w:val="20"/>
                      <w:szCs w:val="20"/>
                      <w:lang w:val="fr-CH"/>
                    </w:rPr>
                  </w:pPr>
                </w:p>
                <w:p w14:paraId="71DC6995" w14:textId="4FADA2B5" w:rsidR="00305E68" w:rsidRPr="00694229" w:rsidRDefault="004171B0">
                  <w:pPr>
                    <w:spacing w:before="80" w:after="0" w:line="240" w:lineRule="auto"/>
                    <w:rPr>
                      <w:rFonts w:ascii="Tahoma" w:hAnsi="Tahoma" w:cs="Tahoma"/>
                      <w:sz w:val="20"/>
                      <w:szCs w:val="20"/>
                      <w:lang w:val="fr-CH"/>
                    </w:rPr>
                  </w:pPr>
                  <w:sdt>
                    <w:sdtPr>
                      <w:rPr>
                        <w:rFonts w:ascii="Tahoma" w:hAnsi="Tahoma" w:cs="Tahoma"/>
                        <w:sz w:val="20"/>
                        <w:szCs w:val="20"/>
                        <w:lang w:val="fr-CH"/>
                      </w:rPr>
                      <w:alias w:val="SIGNATURE_TIMBRE"/>
                      <w:tag w:val="SIGNATURE_TIMBRE"/>
                      <w:id w:val="1521129943"/>
                      <w:showingPlcHdr/>
                      <w:text/>
                    </w:sdtPr>
                    <w:sdtEndPr/>
                    <w:sdtContent>
                      <w:r w:rsidR="00C707D4" w:rsidRPr="00694229">
                        <w:rPr>
                          <w:rFonts w:ascii="Tahoma" w:hAnsi="Tahoma" w:cs="Tahoma"/>
                          <w:sz w:val="20"/>
                          <w:szCs w:val="20"/>
                          <w:lang w:val="fr-CH"/>
                        </w:rPr>
                        <w:t xml:space="preserve">     </w:t>
                      </w:r>
                    </w:sdtContent>
                  </w:sdt>
                </w:p>
              </w:tc>
            </w:tr>
          </w:tbl>
          <w:p w14:paraId="2C50BFBF" w14:textId="3F28E97E" w:rsidR="00A40CB9" w:rsidRPr="00694229" w:rsidRDefault="00A40CB9">
            <w:pPr>
              <w:rPr>
                <w:rFonts w:ascii="Tahoma" w:hAnsi="Tahoma" w:cs="Tahoma"/>
                <w:lang w:val="fr-CH"/>
              </w:rPr>
            </w:pPr>
          </w:p>
        </w:tc>
      </w:tr>
    </w:tbl>
    <w:p w14:paraId="0A37D23D" w14:textId="77777777" w:rsidR="00305E68" w:rsidRPr="00694229" w:rsidRDefault="00C707D4">
      <w:pPr>
        <w:rPr>
          <w:rFonts w:ascii="Tahoma" w:hAnsi="Tahoma" w:cs="Tahoma"/>
          <w:lang w:val="fr-CH"/>
        </w:rPr>
      </w:pPr>
      <w:r w:rsidRPr="00694229">
        <w:rPr>
          <w:rFonts w:ascii="Tahoma" w:hAnsi="Tahoma" w:cs="Tahoma"/>
          <w:lang w:val="fr-CH"/>
        </w:rPr>
        <w:br w:type="page"/>
      </w:r>
    </w:p>
    <w:p w14:paraId="4AE165BD" w14:textId="32F4C783" w:rsidR="00305E68" w:rsidRPr="00694229" w:rsidRDefault="00305E68" w:rsidP="00B55F46">
      <w:pPr>
        <w:spacing w:after="80" w:line="240" w:lineRule="auto"/>
        <w:rPr>
          <w:rFonts w:ascii="Tahoma" w:hAnsi="Tahoma" w:cs="Tahoma"/>
          <w:lang w:val="fr-CH"/>
        </w:rPr>
      </w:pPr>
    </w:p>
    <w:p w14:paraId="4D6AC4D3" w14:textId="395BC9A0" w:rsidR="00B55F46" w:rsidRPr="00694229" w:rsidRDefault="00B55F46" w:rsidP="00B55F46">
      <w:pPr>
        <w:spacing w:after="80" w:line="240" w:lineRule="auto"/>
        <w:rPr>
          <w:rFonts w:ascii="Tahoma" w:hAnsi="Tahoma" w:cs="Tahoma"/>
          <w:lang w:val="fr-CH"/>
        </w:rPr>
      </w:pPr>
    </w:p>
    <w:p w14:paraId="1A160A0E" w14:textId="5330099D" w:rsidR="00B55F46" w:rsidRPr="00694229" w:rsidRDefault="00B55F46" w:rsidP="00C707D4">
      <w:pPr>
        <w:spacing w:before="60" w:after="20" w:line="240" w:lineRule="auto"/>
        <w:jc w:val="center"/>
        <w:rPr>
          <w:rFonts w:ascii="Tahoma" w:hAnsi="Tahoma" w:cs="Tahoma"/>
          <w:b/>
          <w:color w:val="00877E"/>
          <w:sz w:val="28"/>
          <w:szCs w:val="24"/>
          <w:lang w:val="fr-CH"/>
        </w:rPr>
      </w:pPr>
      <w:r w:rsidRPr="00694229">
        <w:rPr>
          <w:rFonts w:ascii="Tahoma" w:hAnsi="Tahoma" w:cs="Tahoma"/>
          <w:b/>
          <w:color w:val="00877E"/>
          <w:sz w:val="28"/>
          <w:szCs w:val="24"/>
          <w:lang w:val="fr-CH"/>
        </w:rPr>
        <w:t>INFORMATIONS PRATIQUES</w:t>
      </w:r>
    </w:p>
    <w:p w14:paraId="4953799A" w14:textId="68E00345" w:rsidR="00B55F46" w:rsidRPr="00D21954" w:rsidRDefault="00B55F46">
      <w:pPr>
        <w:spacing w:after="40" w:line="240" w:lineRule="auto"/>
        <w:rPr>
          <w:rFonts w:ascii="Tahoma" w:hAnsi="Tahoma" w:cs="Tahoma"/>
          <w:sz w:val="8"/>
          <w:szCs w:val="10"/>
          <w:lang w:val="fr-CH"/>
        </w:rPr>
      </w:pPr>
    </w:p>
    <w:p w14:paraId="74EA6E57" w14:textId="77777777" w:rsidR="00D21954" w:rsidRPr="00694229" w:rsidRDefault="00D21954">
      <w:pPr>
        <w:spacing w:after="40" w:line="240" w:lineRule="auto"/>
        <w:rPr>
          <w:rFonts w:ascii="Tahoma" w:hAnsi="Tahoma" w:cs="Tahoma"/>
          <w:lang w:val="fr-CH"/>
        </w:rPr>
      </w:pPr>
    </w:p>
    <w:tbl>
      <w:tblPr>
        <w:tblW w:w="0" w:type="auto"/>
        <w:jc w:val="center"/>
        <w:tblBorders>
          <w:top w:val="single" w:sz="8" w:space="0" w:color="AEBEBE"/>
          <w:left w:val="single" w:sz="8" w:space="0" w:color="AEBEBE"/>
          <w:bottom w:val="single" w:sz="8" w:space="0" w:color="AEBEBE"/>
          <w:right w:val="single" w:sz="8" w:space="0" w:color="AEBEBE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488"/>
      </w:tblGrid>
      <w:tr w:rsidR="00B55F46" w:rsidRPr="00C47BCC" w14:paraId="5B9379B1" w14:textId="77777777" w:rsidTr="009C10AF">
        <w:trPr>
          <w:jc w:val="center"/>
        </w:trPr>
        <w:tc>
          <w:tcPr>
            <w:tcW w:w="10488" w:type="dxa"/>
            <w:shd w:val="clear" w:color="auto" w:fill="EEF5F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E4AEDD9" w14:textId="77777777" w:rsidR="00B55F46" w:rsidRPr="00694229" w:rsidRDefault="00B55F46" w:rsidP="009C10AF">
            <w:pPr>
              <w:spacing w:after="0" w:line="240" w:lineRule="auto"/>
              <w:rPr>
                <w:rFonts w:ascii="Tahoma" w:hAnsi="Tahoma" w:cs="Tahoma"/>
                <w:color w:val="00877E"/>
                <w:sz w:val="22"/>
                <w:lang w:val="fr-CH"/>
              </w:rPr>
            </w:pPr>
            <w:r w:rsidRPr="00694229">
              <w:rPr>
                <w:rFonts w:ascii="Tahoma" w:hAnsi="Tahoma" w:cs="Tahoma"/>
                <w:b/>
                <w:color w:val="00877E"/>
                <w:sz w:val="22"/>
                <w:lang w:val="fr-CH"/>
              </w:rPr>
              <w:t>SERVICE DE PRISES DE SANG À LA CLINIQUE DE LA SOURCE</w:t>
            </w:r>
          </w:p>
        </w:tc>
      </w:tr>
      <w:tr w:rsidR="00B55F46" w:rsidRPr="00C47BCC" w14:paraId="5755ED15" w14:textId="77777777" w:rsidTr="004171B0">
        <w:trPr>
          <w:jc w:val="center"/>
        </w:trPr>
        <w:tc>
          <w:tcPr>
            <w:tcW w:w="10488" w:type="dxa"/>
            <w:shd w:val="clear" w:color="auto" w:fill="auto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3B06FAA" w14:textId="77777777" w:rsidR="00B55F46" w:rsidRPr="00694229" w:rsidRDefault="00B55F46" w:rsidP="009C10AF">
            <w:pPr>
              <w:spacing w:after="80" w:line="240" w:lineRule="auto"/>
              <w:rPr>
                <w:rFonts w:ascii="Tahoma" w:hAnsi="Tahoma" w:cs="Tahoma"/>
                <w:color w:val="000000"/>
                <w:sz w:val="20"/>
                <w:szCs w:val="24"/>
                <w:lang w:val="fr-CH"/>
              </w:rPr>
            </w:pPr>
            <w:r w:rsidRPr="00694229">
              <w:rPr>
                <w:rFonts w:ascii="Tahoma" w:hAnsi="Tahoma" w:cs="Tahoma"/>
                <w:b/>
                <w:color w:val="000000"/>
                <w:sz w:val="20"/>
                <w:szCs w:val="24"/>
                <w:lang w:val="fr-CH"/>
              </w:rPr>
              <w:t>Prises de sang : Sans rendez-vous et couvertes par l’assurance de base</w:t>
            </w:r>
          </w:p>
          <w:p w14:paraId="62B8A9F8" w14:textId="77777777" w:rsidR="00B55F46" w:rsidRPr="00694229" w:rsidRDefault="00B55F46" w:rsidP="009C10AF">
            <w:pPr>
              <w:spacing w:after="80" w:line="240" w:lineRule="auto"/>
              <w:rPr>
                <w:rFonts w:ascii="Tahoma" w:hAnsi="Tahoma" w:cs="Tahoma"/>
                <w:color w:val="000000"/>
                <w:sz w:val="20"/>
                <w:szCs w:val="24"/>
                <w:lang w:val="fr-CH"/>
              </w:rPr>
            </w:pPr>
            <w:r w:rsidRPr="00694229">
              <w:rPr>
                <w:rFonts w:ascii="Tahoma" w:hAnsi="Tahoma" w:cs="Tahoma"/>
                <w:color w:val="000000"/>
                <w:sz w:val="20"/>
                <w:szCs w:val="24"/>
                <w:lang w:val="fr-CH"/>
              </w:rPr>
              <w:t>Se présenter à la Réception de la Clinique de La Source avec l'ordonnance signée</w:t>
            </w:r>
          </w:p>
          <w:p w14:paraId="615D676F" w14:textId="77777777" w:rsidR="00B55F46" w:rsidRPr="00694229" w:rsidRDefault="00B55F46" w:rsidP="009C10AF">
            <w:pPr>
              <w:spacing w:after="0" w:line="240" w:lineRule="auto"/>
              <w:rPr>
                <w:rFonts w:ascii="Tahoma" w:hAnsi="Tahoma" w:cs="Tahoma"/>
                <w:lang w:val="fr-CH"/>
              </w:rPr>
            </w:pPr>
            <w:r w:rsidRPr="00694229">
              <w:rPr>
                <w:rFonts w:ascii="Tahoma" w:hAnsi="Tahoma" w:cs="Tahoma"/>
                <w:color w:val="000000"/>
                <w:sz w:val="20"/>
                <w:szCs w:val="24"/>
                <w:lang w:val="fr-CH"/>
              </w:rPr>
              <w:t>Du lundi au vendredi, de 7h30 à 17h00</w:t>
            </w:r>
          </w:p>
        </w:tc>
      </w:tr>
    </w:tbl>
    <w:p w14:paraId="453C9697" w14:textId="77777777" w:rsidR="00B55F46" w:rsidRPr="00694229" w:rsidRDefault="00B55F46">
      <w:pPr>
        <w:spacing w:after="40" w:line="240" w:lineRule="auto"/>
        <w:rPr>
          <w:rFonts w:ascii="Tahoma" w:hAnsi="Tahoma" w:cs="Tahoma"/>
          <w:lang w:val="fr-CH"/>
        </w:rPr>
      </w:pPr>
    </w:p>
    <w:tbl>
      <w:tblPr>
        <w:tblW w:w="0" w:type="auto"/>
        <w:jc w:val="center"/>
        <w:tblBorders>
          <w:top w:val="single" w:sz="8" w:space="0" w:color="AEBEBE"/>
          <w:left w:val="single" w:sz="8" w:space="0" w:color="AEBEBE"/>
          <w:bottom w:val="single" w:sz="8" w:space="0" w:color="AEBEBE"/>
          <w:right w:val="single" w:sz="8" w:space="0" w:color="AEBEBE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488"/>
      </w:tblGrid>
      <w:tr w:rsidR="00305E68" w:rsidRPr="00C47BCC" w14:paraId="132EC3A5" w14:textId="77777777">
        <w:trPr>
          <w:jc w:val="center"/>
        </w:trPr>
        <w:tc>
          <w:tcPr>
            <w:tcW w:w="10488" w:type="dxa"/>
            <w:shd w:val="clear" w:color="auto" w:fill="EEF5F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8FAA8EA" w14:textId="77777777" w:rsidR="00305E68" w:rsidRPr="00694229" w:rsidRDefault="00C707D4">
            <w:pPr>
              <w:spacing w:after="0" w:line="240" w:lineRule="auto"/>
              <w:rPr>
                <w:rFonts w:ascii="Tahoma" w:hAnsi="Tahoma" w:cs="Tahoma"/>
                <w:color w:val="00877E"/>
                <w:sz w:val="22"/>
                <w:szCs w:val="24"/>
                <w:lang w:val="fr-CH"/>
              </w:rPr>
            </w:pPr>
            <w:r w:rsidRPr="00694229">
              <w:rPr>
                <w:rFonts w:ascii="Tahoma" w:hAnsi="Tahoma" w:cs="Tahoma"/>
                <w:b/>
                <w:color w:val="00877E"/>
                <w:sz w:val="22"/>
                <w:szCs w:val="24"/>
                <w:lang w:val="fr-CH"/>
              </w:rPr>
              <w:t>SERVICE DE COURSIERS POUR LES CABINETS MÉDICAUX</w:t>
            </w:r>
          </w:p>
        </w:tc>
      </w:tr>
      <w:tr w:rsidR="00305E68" w:rsidRPr="00694229" w14:paraId="1ADF2219" w14:textId="77777777">
        <w:trPr>
          <w:jc w:val="center"/>
        </w:trPr>
        <w:tc>
          <w:tcPr>
            <w:tcW w:w="10488" w:type="dx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41451FC" w14:textId="7BD766B3" w:rsidR="00305E68" w:rsidRPr="00694229" w:rsidRDefault="00C707D4">
            <w:pPr>
              <w:spacing w:after="80" w:line="240" w:lineRule="auto"/>
              <w:rPr>
                <w:rFonts w:ascii="Tahoma" w:hAnsi="Tahoma" w:cs="Tahoma"/>
                <w:sz w:val="20"/>
                <w:szCs w:val="20"/>
                <w:lang w:val="fr-CH"/>
              </w:rPr>
            </w:pPr>
            <w:r w:rsidRPr="00694229">
              <w:rPr>
                <w:rFonts w:ascii="Tahoma" w:hAnsi="Tahoma" w:cs="Tahoma"/>
                <w:sz w:val="20"/>
                <w:szCs w:val="20"/>
                <w:lang w:val="fr-CH"/>
              </w:rPr>
              <w:t>Du lundi au vendredi, de 7h30 à 18h30</w:t>
            </w:r>
            <w:r w:rsidR="00E82F89">
              <w:rPr>
                <w:rFonts w:ascii="Tahoma" w:hAnsi="Tahoma" w:cs="Tahoma"/>
                <w:sz w:val="20"/>
                <w:szCs w:val="20"/>
                <w:lang w:val="fr-CH"/>
              </w:rPr>
              <w:t xml:space="preserve"> (uniquement sur le secteur du grand Lausanne)</w:t>
            </w:r>
          </w:p>
          <w:p w14:paraId="1A99D723" w14:textId="77777777" w:rsidR="00305E68" w:rsidRPr="00694229" w:rsidRDefault="00C707D4">
            <w:pPr>
              <w:spacing w:after="0" w:line="240" w:lineRule="auto"/>
              <w:rPr>
                <w:rFonts w:ascii="Tahoma" w:hAnsi="Tahoma" w:cs="Tahoma"/>
                <w:lang w:val="fr-CH"/>
              </w:rPr>
            </w:pPr>
            <w:r w:rsidRPr="00694229">
              <w:rPr>
                <w:rFonts w:ascii="Tahoma" w:hAnsi="Tahoma" w:cs="Tahoma"/>
                <w:sz w:val="20"/>
                <w:szCs w:val="20"/>
                <w:lang w:val="fr-CH"/>
              </w:rPr>
              <w:t xml:space="preserve">Sur simple appel au </w:t>
            </w:r>
            <w:r w:rsidRPr="00694229">
              <w:rPr>
                <w:rFonts w:ascii="Tahoma" w:hAnsi="Tahoma" w:cs="Tahoma"/>
                <w:b/>
                <w:color w:val="00877E"/>
                <w:sz w:val="20"/>
                <w:szCs w:val="20"/>
                <w:lang w:val="fr-CH"/>
              </w:rPr>
              <w:t>021 641 32 44</w:t>
            </w:r>
          </w:p>
        </w:tc>
      </w:tr>
    </w:tbl>
    <w:p w14:paraId="7D2BDE63" w14:textId="77777777" w:rsidR="00305E68" w:rsidRPr="00694229" w:rsidRDefault="00305E68">
      <w:pPr>
        <w:spacing w:after="40" w:line="240" w:lineRule="auto"/>
        <w:rPr>
          <w:rFonts w:ascii="Tahoma" w:hAnsi="Tahoma" w:cs="Tahoma"/>
          <w:lang w:val="fr-CH"/>
        </w:rPr>
      </w:pPr>
    </w:p>
    <w:tbl>
      <w:tblPr>
        <w:tblW w:w="0" w:type="auto"/>
        <w:jc w:val="center"/>
        <w:tblBorders>
          <w:top w:val="single" w:sz="8" w:space="0" w:color="AEBEBE"/>
          <w:left w:val="single" w:sz="8" w:space="0" w:color="AEBEBE"/>
          <w:bottom w:val="single" w:sz="8" w:space="0" w:color="AEBEBE"/>
          <w:right w:val="single" w:sz="8" w:space="0" w:color="AEBEBE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488"/>
      </w:tblGrid>
      <w:tr w:rsidR="00305E68" w:rsidRPr="00694229" w14:paraId="62652E21" w14:textId="77777777">
        <w:trPr>
          <w:jc w:val="center"/>
        </w:trPr>
        <w:tc>
          <w:tcPr>
            <w:tcW w:w="10488" w:type="dxa"/>
            <w:shd w:val="clear" w:color="auto" w:fill="EEF5F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6FF7CD8" w14:textId="0F1C879D" w:rsidR="00305E68" w:rsidRPr="00694229" w:rsidRDefault="00C707D4" w:rsidP="00B55F46">
            <w:pPr>
              <w:spacing w:after="0" w:line="240" w:lineRule="auto"/>
              <w:rPr>
                <w:rFonts w:ascii="Tahoma" w:hAnsi="Tahoma" w:cs="Tahoma"/>
                <w:color w:val="00877E"/>
                <w:sz w:val="22"/>
                <w:szCs w:val="24"/>
                <w:lang w:val="fr-CH"/>
              </w:rPr>
            </w:pPr>
            <w:r w:rsidRPr="00694229">
              <w:rPr>
                <w:rFonts w:ascii="Tahoma" w:hAnsi="Tahoma" w:cs="Tahoma"/>
                <w:b/>
                <w:color w:val="00877E"/>
                <w:sz w:val="22"/>
                <w:szCs w:val="24"/>
                <w:lang w:val="fr-CH"/>
              </w:rPr>
              <w:t>PLAN DE LA CLINIQUE</w:t>
            </w:r>
          </w:p>
        </w:tc>
      </w:tr>
      <w:tr w:rsidR="00305E68" w:rsidRPr="00694229" w14:paraId="00A899DD" w14:textId="77777777">
        <w:trPr>
          <w:jc w:val="center"/>
        </w:trPr>
        <w:tc>
          <w:tcPr>
            <w:tcW w:w="10488" w:type="dx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2267EC4" w14:textId="77777777" w:rsidR="00B55F46" w:rsidRPr="00694229" w:rsidRDefault="00B55F46" w:rsidP="00B55F46">
            <w:pPr>
              <w:spacing w:after="80" w:line="240" w:lineRule="auto"/>
              <w:rPr>
                <w:rFonts w:ascii="Tahoma" w:hAnsi="Tahoma" w:cs="Tahoma"/>
                <w:sz w:val="20"/>
                <w:szCs w:val="20"/>
                <w:lang w:val="fr-CH"/>
              </w:rPr>
            </w:pPr>
            <w:r w:rsidRPr="00694229">
              <w:rPr>
                <w:rFonts w:ascii="Tahoma" w:hAnsi="Tahoma" w:cs="Tahoma"/>
                <w:sz w:val="20"/>
                <w:szCs w:val="20"/>
                <w:lang w:val="fr-CH"/>
              </w:rPr>
              <w:t>Pour nous trouver :</w:t>
            </w:r>
          </w:p>
          <w:p w14:paraId="59DA0A81" w14:textId="77777777" w:rsidR="00B55F46" w:rsidRPr="00694229" w:rsidRDefault="00B55F46" w:rsidP="00B55F46">
            <w:pPr>
              <w:spacing w:after="60" w:line="240" w:lineRule="auto"/>
              <w:rPr>
                <w:rFonts w:ascii="Tahoma" w:hAnsi="Tahoma" w:cs="Tahoma"/>
                <w:sz w:val="20"/>
                <w:szCs w:val="20"/>
                <w:lang w:val="fr-CH"/>
              </w:rPr>
            </w:pPr>
            <w:r w:rsidRPr="00694229">
              <w:rPr>
                <w:rFonts w:ascii="Tahoma" w:hAnsi="Tahoma" w:cs="Tahoma"/>
                <w:b/>
                <w:bCs/>
                <w:color w:val="00877E"/>
                <w:sz w:val="20"/>
                <w:szCs w:val="20"/>
                <w:lang w:val="fr-CH"/>
              </w:rPr>
              <w:t>&gt;</w:t>
            </w:r>
            <w:r w:rsidRPr="00694229">
              <w:rPr>
                <w:rFonts w:ascii="Tahoma" w:hAnsi="Tahoma" w:cs="Tahoma"/>
                <w:color w:val="303030"/>
                <w:sz w:val="20"/>
                <w:szCs w:val="20"/>
                <w:lang w:val="fr-CH"/>
              </w:rPr>
              <w:t xml:space="preserve"> </w:t>
            </w:r>
            <w:r w:rsidRPr="00694229">
              <w:rPr>
                <w:rFonts w:ascii="Tahoma" w:hAnsi="Tahoma" w:cs="Tahoma"/>
                <w:b/>
                <w:color w:val="008D8C"/>
                <w:sz w:val="20"/>
                <w:szCs w:val="20"/>
                <w:lang w:val="fr-CH"/>
              </w:rPr>
              <w:t>En train,</w:t>
            </w:r>
            <w:r w:rsidRPr="00694229">
              <w:rPr>
                <w:rFonts w:ascii="Tahoma" w:hAnsi="Tahoma" w:cs="Tahoma"/>
                <w:color w:val="303030"/>
                <w:sz w:val="20"/>
                <w:szCs w:val="20"/>
                <w:lang w:val="fr-CH"/>
              </w:rPr>
              <w:t xml:space="preserve"> </w:t>
            </w:r>
            <w:r w:rsidRPr="00694229">
              <w:rPr>
                <w:rFonts w:ascii="Tahoma" w:hAnsi="Tahoma" w:cs="Tahoma"/>
                <w:sz w:val="20"/>
                <w:szCs w:val="20"/>
                <w:lang w:val="fr-CH"/>
              </w:rPr>
              <w:t>gare CFF, Lausanne, puis :</w:t>
            </w:r>
          </w:p>
          <w:p w14:paraId="1CD1E6E2" w14:textId="77777777" w:rsidR="00B55F46" w:rsidRPr="00694229" w:rsidRDefault="00B55F46" w:rsidP="00B55F46">
            <w:pPr>
              <w:spacing w:after="40" w:line="240" w:lineRule="auto"/>
              <w:ind w:left="283"/>
              <w:rPr>
                <w:rFonts w:ascii="Tahoma" w:hAnsi="Tahoma" w:cs="Tahoma"/>
                <w:sz w:val="20"/>
                <w:szCs w:val="20"/>
                <w:lang w:val="fr-CH"/>
              </w:rPr>
            </w:pPr>
            <w:r w:rsidRPr="00694229">
              <w:rPr>
                <w:rFonts w:ascii="Tahoma" w:hAnsi="Tahoma" w:cs="Tahoma"/>
                <w:sz w:val="20"/>
                <w:szCs w:val="20"/>
                <w:lang w:val="fr-CH"/>
              </w:rPr>
              <w:t>•  prendre le métro M2, arrêt Riponne - Maurice Béjart puis le bus n° 2, arrêt Vinet</w:t>
            </w:r>
          </w:p>
          <w:p w14:paraId="3B9334C8" w14:textId="77777777" w:rsidR="00B55F46" w:rsidRPr="00694229" w:rsidRDefault="00B55F46" w:rsidP="00B55F46">
            <w:pPr>
              <w:spacing w:after="40" w:line="240" w:lineRule="auto"/>
              <w:ind w:left="283"/>
              <w:rPr>
                <w:rFonts w:ascii="Tahoma" w:hAnsi="Tahoma" w:cs="Tahoma"/>
                <w:sz w:val="20"/>
                <w:szCs w:val="20"/>
                <w:lang w:val="fr-CH"/>
              </w:rPr>
            </w:pPr>
            <w:r w:rsidRPr="00694229">
              <w:rPr>
                <w:rFonts w:ascii="Tahoma" w:hAnsi="Tahoma" w:cs="Tahoma"/>
                <w:sz w:val="20"/>
                <w:szCs w:val="20"/>
                <w:lang w:val="fr-CH"/>
              </w:rPr>
              <w:t>•  ou prendre le bus n° 3, 20 ou 21, arrêt Beaulieu - Jomini</w:t>
            </w:r>
          </w:p>
          <w:p w14:paraId="195CBDD7" w14:textId="77777777" w:rsidR="00B55F46" w:rsidRPr="00694229" w:rsidRDefault="00B55F46" w:rsidP="00B55F46">
            <w:pPr>
              <w:spacing w:after="60" w:line="240" w:lineRule="auto"/>
              <w:rPr>
                <w:rFonts w:ascii="Tahoma" w:hAnsi="Tahoma" w:cs="Tahoma"/>
                <w:color w:val="000000"/>
                <w:sz w:val="20"/>
                <w:szCs w:val="20"/>
                <w:lang w:val="fr-CH"/>
              </w:rPr>
            </w:pPr>
            <w:r w:rsidRPr="00694229">
              <w:rPr>
                <w:rFonts w:ascii="Tahoma" w:hAnsi="Tahoma" w:cs="Tahoma"/>
                <w:b/>
                <w:bCs/>
                <w:color w:val="00877E"/>
                <w:sz w:val="20"/>
                <w:szCs w:val="20"/>
                <w:lang w:val="fr-CH"/>
              </w:rPr>
              <w:t>&gt;</w:t>
            </w:r>
            <w:r w:rsidRPr="00694229">
              <w:rPr>
                <w:rFonts w:ascii="Tahoma" w:hAnsi="Tahoma" w:cs="Tahoma"/>
                <w:color w:val="303030"/>
                <w:sz w:val="20"/>
                <w:szCs w:val="20"/>
                <w:lang w:val="fr-CH"/>
              </w:rPr>
              <w:t xml:space="preserve"> </w:t>
            </w:r>
            <w:r w:rsidRPr="00694229">
              <w:rPr>
                <w:rFonts w:ascii="Tahoma" w:hAnsi="Tahoma" w:cs="Tahoma"/>
                <w:b/>
                <w:color w:val="008D8C"/>
                <w:sz w:val="20"/>
                <w:szCs w:val="20"/>
                <w:lang w:val="fr-CH"/>
              </w:rPr>
              <w:t>En voiture,</w:t>
            </w:r>
            <w:r w:rsidRPr="00694229">
              <w:rPr>
                <w:rFonts w:ascii="Tahoma" w:hAnsi="Tahoma" w:cs="Tahoma"/>
                <w:color w:val="303030"/>
                <w:sz w:val="20"/>
                <w:szCs w:val="20"/>
                <w:lang w:val="fr-CH"/>
              </w:rPr>
              <w:t xml:space="preserve"> </w:t>
            </w:r>
            <w:r w:rsidRPr="00694229">
              <w:rPr>
                <w:rFonts w:ascii="Tahoma" w:hAnsi="Tahoma" w:cs="Tahoma"/>
                <w:color w:val="000000"/>
                <w:sz w:val="20"/>
                <w:szCs w:val="20"/>
                <w:lang w:val="fr-CH"/>
              </w:rPr>
              <w:t>autoroute A9, sortie Blécherette, puis suivre Palais de Beaulieu</w:t>
            </w:r>
          </w:p>
          <w:p w14:paraId="15EBAB23" w14:textId="77777777" w:rsidR="00B55F46" w:rsidRPr="00694229" w:rsidRDefault="00B55F46" w:rsidP="00B55F46">
            <w:pPr>
              <w:spacing w:after="0" w:line="240" w:lineRule="auto"/>
              <w:rPr>
                <w:rFonts w:ascii="Tahoma" w:hAnsi="Tahoma" w:cs="Tahoma"/>
                <w:color w:val="000000"/>
                <w:sz w:val="20"/>
                <w:szCs w:val="20"/>
                <w:lang w:val="fr-CH"/>
              </w:rPr>
            </w:pPr>
            <w:r w:rsidRPr="00694229">
              <w:rPr>
                <w:rFonts w:ascii="Tahoma" w:hAnsi="Tahoma" w:cs="Tahoma"/>
                <w:color w:val="000000"/>
                <w:sz w:val="20"/>
                <w:szCs w:val="20"/>
                <w:lang w:val="fr-CH"/>
              </w:rPr>
              <w:t>Le nombre de places disponibles à la Clinique étant malheureusement limité, en cas de forte affluence nous vous suggérons de vous garer au parking de Beaulieu.</w:t>
            </w:r>
          </w:p>
          <w:p w14:paraId="0D1122E1" w14:textId="391D1CEF" w:rsidR="00B55F46" w:rsidRPr="00694229" w:rsidRDefault="00B55F46" w:rsidP="00B55F46">
            <w:pPr>
              <w:spacing w:after="0" w:line="240" w:lineRule="auto"/>
              <w:jc w:val="center"/>
              <w:rPr>
                <w:rFonts w:ascii="Tahoma" w:hAnsi="Tahoma" w:cs="Tahoma"/>
                <w:color w:val="303030"/>
                <w:sz w:val="17"/>
                <w:lang w:val="fr-CH"/>
              </w:rPr>
            </w:pPr>
          </w:p>
          <w:p w14:paraId="0C8C626D" w14:textId="284DFEAD" w:rsidR="00305E68" w:rsidRPr="00694229" w:rsidRDefault="00C707D4" w:rsidP="00BF2D26">
            <w:pPr>
              <w:spacing w:after="0" w:line="240" w:lineRule="auto"/>
              <w:jc w:val="center"/>
              <w:rPr>
                <w:rFonts w:ascii="Tahoma" w:hAnsi="Tahoma" w:cs="Tahoma"/>
                <w:color w:val="303030"/>
                <w:sz w:val="17"/>
                <w:lang w:val="fr-CH"/>
              </w:rPr>
            </w:pPr>
            <w:r w:rsidRPr="00694229">
              <w:rPr>
                <w:rFonts w:ascii="Tahoma" w:hAnsi="Tahoma" w:cs="Tahoma"/>
                <w:b/>
                <w:noProof/>
                <w:color w:val="008D8C"/>
                <w:sz w:val="22"/>
                <w:szCs w:val="24"/>
                <w:lang w:val="fr-CH"/>
              </w:rPr>
              <w:drawing>
                <wp:inline distT="0" distB="0" distL="0" distR="0" wp14:anchorId="31C904B5" wp14:editId="61580A83">
                  <wp:extent cx="5900187" cy="3319145"/>
                  <wp:effectExtent l="0" t="0" r="5715" b="0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8065" cy="3334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F57D8B" w14:textId="77777777" w:rsidR="00C707D4" w:rsidRPr="00D21954" w:rsidRDefault="00C707D4">
      <w:pPr>
        <w:spacing w:before="80" w:after="0" w:line="240" w:lineRule="auto"/>
        <w:jc w:val="center"/>
        <w:rPr>
          <w:rFonts w:ascii="Tahoma" w:hAnsi="Tahoma" w:cs="Tahoma"/>
          <w:b/>
          <w:color w:val="303030"/>
          <w:sz w:val="8"/>
          <w:szCs w:val="8"/>
          <w:lang w:val="fr-CH"/>
        </w:rPr>
      </w:pPr>
    </w:p>
    <w:p w14:paraId="5F23517B" w14:textId="74EDB2E9" w:rsidR="00305E68" w:rsidRPr="00694229" w:rsidRDefault="00C707D4">
      <w:pPr>
        <w:spacing w:before="80" w:after="0" w:line="240" w:lineRule="auto"/>
        <w:jc w:val="center"/>
        <w:rPr>
          <w:rFonts w:ascii="Tahoma" w:hAnsi="Tahoma" w:cs="Tahoma"/>
          <w:color w:val="000000"/>
          <w:sz w:val="20"/>
          <w:szCs w:val="20"/>
          <w:lang w:val="fr-CH"/>
        </w:rPr>
      </w:pPr>
      <w:r w:rsidRPr="00694229">
        <w:rPr>
          <w:rFonts w:ascii="Tahoma" w:hAnsi="Tahoma" w:cs="Tahoma"/>
          <w:b/>
          <w:color w:val="000000"/>
          <w:sz w:val="20"/>
          <w:szCs w:val="20"/>
          <w:lang w:val="fr-CH"/>
        </w:rPr>
        <w:t>Pour tout renseignement :</w:t>
      </w:r>
    </w:p>
    <w:p w14:paraId="68F9BD3D" w14:textId="77777777" w:rsidR="00305E68" w:rsidRPr="00694229" w:rsidRDefault="00C707D4">
      <w:pPr>
        <w:spacing w:after="0" w:line="240" w:lineRule="auto"/>
        <w:jc w:val="center"/>
        <w:rPr>
          <w:rFonts w:ascii="Tahoma" w:hAnsi="Tahoma" w:cs="Tahoma"/>
          <w:color w:val="000000"/>
          <w:sz w:val="20"/>
          <w:szCs w:val="20"/>
          <w:lang w:val="fr-CH"/>
        </w:rPr>
      </w:pPr>
      <w:r w:rsidRPr="00694229">
        <w:rPr>
          <w:rFonts w:ascii="Tahoma" w:hAnsi="Tahoma" w:cs="Tahoma"/>
          <w:color w:val="000000"/>
          <w:sz w:val="20"/>
          <w:szCs w:val="20"/>
          <w:lang w:val="fr-CH"/>
        </w:rPr>
        <w:t>Clinique de La Source - Laboratoires La Source</w:t>
      </w:r>
    </w:p>
    <w:p w14:paraId="4FDDC57F" w14:textId="541A1ED8" w:rsidR="00305E68" w:rsidRPr="00694229" w:rsidRDefault="00C707D4">
      <w:pPr>
        <w:spacing w:after="0" w:line="240" w:lineRule="auto"/>
        <w:jc w:val="center"/>
        <w:rPr>
          <w:rFonts w:ascii="Tahoma" w:hAnsi="Tahoma" w:cs="Tahoma"/>
          <w:color w:val="000000"/>
          <w:sz w:val="20"/>
          <w:szCs w:val="20"/>
          <w:lang w:val="fr-CH"/>
        </w:rPr>
      </w:pPr>
      <w:r w:rsidRPr="00694229">
        <w:rPr>
          <w:rFonts w:ascii="Tahoma" w:hAnsi="Tahoma" w:cs="Tahoma"/>
          <w:color w:val="000000"/>
          <w:sz w:val="20"/>
          <w:szCs w:val="20"/>
          <w:lang w:val="fr-CH"/>
        </w:rPr>
        <w:t xml:space="preserve">Tél. +41 21 641 </w:t>
      </w:r>
      <w:r w:rsidR="00C6393C">
        <w:rPr>
          <w:rFonts w:ascii="Tahoma" w:hAnsi="Tahoma" w:cs="Tahoma"/>
          <w:color w:val="000000"/>
          <w:sz w:val="20"/>
          <w:szCs w:val="20"/>
          <w:lang w:val="fr-CH"/>
        </w:rPr>
        <w:t>32 44</w:t>
      </w:r>
      <w:r w:rsidRPr="00694229">
        <w:rPr>
          <w:rFonts w:ascii="Tahoma" w:hAnsi="Tahoma" w:cs="Tahoma"/>
          <w:color w:val="000000"/>
          <w:sz w:val="20"/>
          <w:szCs w:val="20"/>
          <w:lang w:val="fr-CH"/>
        </w:rPr>
        <w:t xml:space="preserve"> - laboratoires@lasource.ch - www.lasource.ch</w:t>
      </w:r>
    </w:p>
    <w:sectPr w:rsidR="00305E68" w:rsidRPr="00694229" w:rsidSect="00D4310C">
      <w:headerReference w:type="default" r:id="rId9"/>
      <w:footerReference w:type="default" r:id="rId10"/>
      <w:pgSz w:w="11906" w:h="16838"/>
      <w:pgMar w:top="1417" w:right="1417" w:bottom="1417" w:left="1417" w:header="170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25282" w14:textId="77777777" w:rsidR="008A786A" w:rsidRDefault="00C707D4">
      <w:pPr>
        <w:spacing w:after="0" w:line="240" w:lineRule="auto"/>
      </w:pPr>
      <w:r>
        <w:separator/>
      </w:r>
    </w:p>
  </w:endnote>
  <w:endnote w:type="continuationSeparator" w:id="0">
    <w:p w14:paraId="4A350448" w14:textId="77777777" w:rsidR="008A786A" w:rsidRDefault="00C70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C475F" w14:textId="77777777" w:rsidR="00305E68" w:rsidRDefault="00305E68">
    <w:pPr>
      <w:pBdr>
        <w:bottom w:val="single" w:sz="8" w:space="1" w:color="008D8C"/>
      </w:pBdr>
      <w:spacing w:after="0" w:line="240" w:lineRule="auto"/>
    </w:pPr>
  </w:p>
  <w:tbl>
    <w:tblPr>
      <w:tblW w:w="9072" w:type="dxa"/>
      <w:tblLayout w:type="fixed"/>
      <w:tblLook w:val="04A0" w:firstRow="1" w:lastRow="0" w:firstColumn="1" w:lastColumn="0" w:noHBand="0" w:noVBand="1"/>
    </w:tblPr>
    <w:tblGrid>
      <w:gridCol w:w="3401"/>
      <w:gridCol w:w="3685"/>
      <w:gridCol w:w="1986"/>
    </w:tblGrid>
    <w:tr w:rsidR="00305E68" w14:paraId="084E8448" w14:textId="77777777" w:rsidTr="00D4310C">
      <w:tc>
        <w:tcPr>
          <w:tcW w:w="3401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1B4AFFA0" w14:textId="77777777" w:rsidR="00305E68" w:rsidRPr="00B55F46" w:rsidRDefault="00305E68">
          <w:pPr>
            <w:rPr>
              <w:rFonts w:ascii="Tahoma" w:hAnsi="Tahoma" w:cs="Tahoma"/>
              <w:sz w:val="16"/>
              <w:szCs w:val="16"/>
            </w:rPr>
          </w:pPr>
        </w:p>
      </w:tc>
      <w:tc>
        <w:tcPr>
          <w:tcW w:w="3685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273D571F" w14:textId="2D294D63" w:rsidR="00305E68" w:rsidRPr="00C707D4" w:rsidRDefault="00C47BCC" w:rsidP="00D4310C">
          <w:pPr>
            <w:rPr>
              <w:rFonts w:ascii="Tahoma" w:hAnsi="Tahoma" w:cs="Tahoma"/>
              <w:sz w:val="16"/>
              <w:szCs w:val="16"/>
            </w:rPr>
          </w:pPr>
          <w:r w:rsidRPr="00C47BCC">
            <w:rPr>
              <w:rFonts w:ascii="Tahoma" w:hAnsi="Tahoma" w:cs="Tahoma"/>
              <w:sz w:val="16"/>
              <w:szCs w:val="16"/>
            </w:rPr>
            <w:t>DGE.FO.138</w:t>
          </w:r>
        </w:p>
      </w:tc>
      <w:tc>
        <w:tcPr>
          <w:tcW w:w="1986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77440A5D" w14:textId="0DC06A44" w:rsidR="00305E68" w:rsidRPr="00C707D4" w:rsidRDefault="00C707D4" w:rsidP="00D4310C">
          <w:pPr>
            <w:jc w:val="right"/>
            <w:rPr>
              <w:rFonts w:ascii="Tahoma" w:hAnsi="Tahoma" w:cs="Tahoma"/>
              <w:sz w:val="16"/>
              <w:szCs w:val="16"/>
            </w:rPr>
          </w:pPr>
          <w:r w:rsidRPr="00C707D4">
            <w:rPr>
              <w:rFonts w:ascii="Tahoma" w:hAnsi="Tahoma" w:cs="Tahoma"/>
              <w:sz w:val="16"/>
              <w:szCs w:val="16"/>
            </w:rPr>
            <w:t xml:space="preserve">Page </w:t>
          </w:r>
          <w:r w:rsidRPr="00C707D4">
            <w:rPr>
              <w:rFonts w:ascii="Tahoma" w:hAnsi="Tahoma" w:cs="Tahoma"/>
              <w:sz w:val="16"/>
              <w:szCs w:val="16"/>
            </w:rPr>
            <w:fldChar w:fldCharType="begin"/>
          </w:r>
          <w:r w:rsidRPr="00C707D4">
            <w:rPr>
              <w:rFonts w:ascii="Tahoma" w:hAnsi="Tahoma" w:cs="Tahoma"/>
              <w:sz w:val="16"/>
              <w:szCs w:val="16"/>
            </w:rPr>
            <w:instrText>PAGE</w:instrText>
          </w:r>
          <w:r w:rsidRPr="00C707D4">
            <w:rPr>
              <w:rFonts w:ascii="Tahoma" w:hAnsi="Tahoma" w:cs="Tahoma"/>
              <w:sz w:val="16"/>
              <w:szCs w:val="16"/>
            </w:rPr>
            <w:fldChar w:fldCharType="separate"/>
          </w:r>
          <w:r w:rsidRPr="00C707D4">
            <w:rPr>
              <w:rFonts w:ascii="Tahoma" w:hAnsi="Tahoma" w:cs="Tahoma"/>
              <w:sz w:val="16"/>
              <w:szCs w:val="16"/>
            </w:rPr>
            <w:t>1</w:t>
          </w:r>
          <w:r w:rsidRPr="00C707D4">
            <w:rPr>
              <w:rFonts w:ascii="Tahoma" w:hAnsi="Tahoma" w:cs="Tahoma"/>
              <w:sz w:val="16"/>
              <w:szCs w:val="16"/>
            </w:rPr>
            <w:fldChar w:fldCharType="end"/>
          </w:r>
          <w:r w:rsidRPr="00C707D4">
            <w:rPr>
              <w:rFonts w:ascii="Tahoma" w:hAnsi="Tahoma" w:cs="Tahoma"/>
              <w:sz w:val="16"/>
              <w:szCs w:val="16"/>
            </w:rPr>
            <w:t>/</w:t>
          </w:r>
          <w:r w:rsidR="004A0383" w:rsidRPr="00C707D4">
            <w:rPr>
              <w:rFonts w:ascii="Tahoma" w:hAnsi="Tahoma" w:cs="Tahoma"/>
              <w:sz w:val="16"/>
              <w:szCs w:val="16"/>
            </w:rPr>
            <w:fldChar w:fldCharType="begin"/>
          </w:r>
          <w:r w:rsidR="004A0383" w:rsidRPr="00C707D4">
            <w:rPr>
              <w:rFonts w:ascii="Tahoma" w:hAnsi="Tahoma" w:cs="Tahoma"/>
              <w:sz w:val="16"/>
              <w:szCs w:val="16"/>
            </w:rPr>
            <w:instrText xml:space="preserve"> NUMPAGES   \* MERGEFORMAT </w:instrText>
          </w:r>
          <w:r w:rsidR="004A0383" w:rsidRPr="00C707D4">
            <w:rPr>
              <w:rFonts w:ascii="Tahoma" w:hAnsi="Tahoma" w:cs="Tahoma"/>
              <w:sz w:val="16"/>
              <w:szCs w:val="16"/>
            </w:rPr>
            <w:fldChar w:fldCharType="separate"/>
          </w:r>
          <w:r w:rsidR="004A0383" w:rsidRPr="00C707D4">
            <w:rPr>
              <w:rFonts w:ascii="Tahoma" w:hAnsi="Tahoma" w:cs="Tahoma"/>
              <w:noProof/>
              <w:sz w:val="16"/>
              <w:szCs w:val="16"/>
            </w:rPr>
            <w:t>2</w:t>
          </w:r>
          <w:r w:rsidR="004A0383" w:rsidRPr="00C707D4">
            <w:rPr>
              <w:rFonts w:ascii="Tahoma" w:hAnsi="Tahoma" w:cs="Tahoma"/>
              <w:sz w:val="16"/>
              <w:szCs w:val="16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37FC4" w14:textId="77777777" w:rsidR="008A786A" w:rsidRDefault="00C707D4">
      <w:pPr>
        <w:spacing w:after="0" w:line="240" w:lineRule="auto"/>
      </w:pPr>
      <w:r>
        <w:separator/>
      </w:r>
    </w:p>
  </w:footnote>
  <w:footnote w:type="continuationSeparator" w:id="0">
    <w:p w14:paraId="4880FF9C" w14:textId="77777777" w:rsidR="008A786A" w:rsidRDefault="00C707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DC15B" w14:textId="7790E90F" w:rsidR="00D4310C" w:rsidRDefault="00D4310C">
    <w:pPr>
      <w:pStyle w:val="En-tte"/>
    </w:pPr>
    <w:r w:rsidRPr="00D4310C">
      <w:rPr>
        <w:rFonts w:ascii="Tahoma" w:hAnsi="Tahoma" w:cs="Tahoma"/>
        <w:noProof/>
      </w:rPr>
      <w:drawing>
        <wp:anchor distT="0" distB="0" distL="114300" distR="114300" simplePos="0" relativeHeight="251658240" behindDoc="0" locked="0" layoutInCell="1" allowOverlap="1" wp14:anchorId="0D49CE67" wp14:editId="0465B354">
          <wp:simplePos x="0" y="0"/>
          <wp:positionH relativeFrom="column">
            <wp:posOffset>-712759</wp:posOffset>
          </wp:positionH>
          <wp:positionV relativeFrom="paragraph">
            <wp:posOffset>2886</wp:posOffset>
          </wp:positionV>
          <wp:extent cx="2309494" cy="983673"/>
          <wp:effectExtent l="0" t="0" r="0" b="6985"/>
          <wp:wrapNone/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fu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20706" cy="9884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05E68"/>
    <w:rsid w:val="00326F90"/>
    <w:rsid w:val="004171B0"/>
    <w:rsid w:val="004A0383"/>
    <w:rsid w:val="00534C6D"/>
    <w:rsid w:val="005E4314"/>
    <w:rsid w:val="00694229"/>
    <w:rsid w:val="00754DC3"/>
    <w:rsid w:val="008A786A"/>
    <w:rsid w:val="00A40CB9"/>
    <w:rsid w:val="00AA1D8D"/>
    <w:rsid w:val="00B03A01"/>
    <w:rsid w:val="00B47730"/>
    <w:rsid w:val="00B55F46"/>
    <w:rsid w:val="00BB2ED5"/>
    <w:rsid w:val="00BC6090"/>
    <w:rsid w:val="00BF2D26"/>
    <w:rsid w:val="00C47BCC"/>
    <w:rsid w:val="00C6393C"/>
    <w:rsid w:val="00C707D4"/>
    <w:rsid w:val="00CB0664"/>
    <w:rsid w:val="00CD07AE"/>
    <w:rsid w:val="00D21954"/>
    <w:rsid w:val="00D4310C"/>
    <w:rsid w:val="00E45375"/>
    <w:rsid w:val="00E82F89"/>
    <w:rsid w:val="00F932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  <w14:docId w14:val="3E5C54B9"/>
  <w14:defaultImageDpi w14:val="330"/>
  <w15:docId w15:val="{BACCFAC0-A036-45E6-9F55-64CC0EF8A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Marquedecommentaire">
    <w:name w:val="annotation reference"/>
    <w:basedOn w:val="Policepardfaut"/>
    <w:uiPriority w:val="99"/>
    <w:semiHidden/>
    <w:unhideWhenUsed/>
    <w:rsid w:val="0069422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9422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94229"/>
    <w:rPr>
      <w:rFonts w:ascii="Arial" w:hAnsi="Arial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9422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94229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262</Words>
  <Characters>1444</Characters>
  <Application>Microsoft Office Word</Application>
  <DocSecurity>0</DocSecurity>
  <Lines>12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Quirante Elsa</cp:lastModifiedBy>
  <cp:revision>3</cp:revision>
  <dcterms:created xsi:type="dcterms:W3CDTF">2026-09-15T12:34:00Z</dcterms:created>
  <dcterms:modified xsi:type="dcterms:W3CDTF">2026-09-16T14:53:00Z</dcterms:modified>
  <cp:category/>
</cp:coreProperties>
</file>